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4748B"/>
          <w:sz w:val="18"/>
        </w:rPr>
        <w:t>Modelo 1: constancia al terminar la relación de trabajo (borra esta línea)</w:t>
      </w:r>
    </w:p>
    <w:p>
      <w:pPr>
        <w:keepNext/>
        <w:spacing w:before="200" w:after="80"/>
      </w:pPr>
      <w:r>
        <w:rPr>
          <w:b/>
          <w:color w:val="1E3A5F"/>
        </w:rPr>
        <w:t>CONSTANCIA DE TRABAJO</w:t>
      </w:r>
    </w:p>
    <w:p>
      <w:r>
        <w:rPr>
          <w:highlight w:val="yellow"/>
        </w:rPr>
        <w:t>[Nombre o razón social del patrono o patrona]</w:t>
      </w:r>
      <w:r>
        <w:rPr/>
        <w:t xml:space="preserve">, RIF </w:t>
      </w:r>
      <w:r>
        <w:rPr>
          <w:highlight w:val="yellow"/>
        </w:rPr>
        <w:t>[número]</w:t>
      </w:r>
      <w:r>
        <w:rPr/>
        <w:t xml:space="preserve">, hace constar, conforme al artículo 84 de la Ley Orgánica del Trabajo, los Trabajadores y las Trabajadoras, que </w:t>
      </w:r>
      <w:r>
        <w:rPr>
          <w:highlight w:val="yellow"/>
        </w:rPr>
        <w:t>[nombre del trabajador o trabajadora]</w:t>
      </w:r>
      <w:r>
        <w:rPr/>
        <w:t xml:space="preserve">, cédula de identidad N.° </w:t>
      </w:r>
      <w:r>
        <w:rPr>
          <w:highlight w:val="yellow"/>
        </w:rPr>
        <w:t>[número]</w:t>
      </w:r>
      <w:r>
        <w:rPr/>
        <w:t>, prestó sus servicios con los siguientes datos: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703"/>
        <w:gridCol w:w="4703"/>
      </w:tblGrid>
      <w:tr>
        <w:tc>
          <w:tcPr>
            <w:tcW w:type="dxa" w:w="3386"/>
          </w:tcPr>
          <w:p>
            <w:pPr>
              <w:spacing w:after="40" w:before="40"/>
            </w:pPr>
            <w:r>
              <w:rPr>
                <w:b/>
                <w:sz w:val="20"/>
              </w:rPr>
              <w:t>Duración de la relación de trabajo:</w:t>
            </w:r>
          </w:p>
        </w:tc>
        <w:tc>
          <w:tcPr>
            <w:tcW w:type="dxa" w:w="6020"/>
          </w:tcPr>
          <w:p>
            <w:pPr>
              <w:spacing w:after="40" w:before="40"/>
            </w:pPr>
            <w:r>
              <w:rPr>
                <w:sz w:val="20"/>
              </w:rPr>
              <w:t xml:space="preserve">del </w:t>
            </w:r>
            <w:r>
              <w:rPr>
                <w:sz w:val="20"/>
                <w:highlight w:val="yellow"/>
              </w:rPr>
              <w:t>[fecha de ingreso]</w:t>
            </w:r>
            <w:r>
              <w:rPr>
                <w:sz w:val="20"/>
              </w:rPr>
              <w:t xml:space="preserve"> al </w:t>
            </w:r>
            <w:r>
              <w:rPr>
                <w:sz w:val="20"/>
                <w:highlight w:val="yellow"/>
              </w:rPr>
              <w:t>[fecha de egreso]</w:t>
            </w:r>
          </w:p>
        </w:tc>
      </w:tr>
      <w:tr>
        <w:tc>
          <w:tcPr>
            <w:tcW w:type="dxa" w:w="3386"/>
          </w:tcPr>
          <w:p>
            <w:pPr>
              <w:spacing w:after="40" w:before="40"/>
            </w:pPr>
            <w:r>
              <w:rPr>
                <w:b/>
                <w:sz w:val="20"/>
              </w:rPr>
              <w:t>Último salario devengado:</w:t>
            </w:r>
          </w:p>
        </w:tc>
        <w:tc>
          <w:tcPr>
            <w:tcW w:type="dxa" w:w="6020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[monto y periodicidad]</w:t>
            </w:r>
          </w:p>
        </w:tc>
      </w:tr>
      <w:tr>
        <w:tc>
          <w:tcPr>
            <w:tcW w:type="dxa" w:w="3386"/>
          </w:tcPr>
          <w:p>
            <w:pPr>
              <w:spacing w:after="40" w:before="40"/>
            </w:pPr>
            <w:r>
              <w:rPr>
                <w:b/>
                <w:sz w:val="20"/>
              </w:rPr>
              <w:t>Oficio desempeñado:</w:t>
            </w:r>
          </w:p>
        </w:tc>
        <w:tc>
          <w:tcPr>
            <w:tcW w:type="dxa" w:w="6020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[oficio]</w:t>
            </w:r>
          </w:p>
        </w:tc>
      </w:tr>
    </w:tbl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y cargo de quien firma]</w:t>
      </w:r>
    </w:p>
    <w:p>
      <w:pPr>
        <w:spacing w:after="0"/>
      </w:pPr>
      <w:r>
        <w:br w:type="page"/>
      </w:r>
    </w:p>
    <w:p>
      <w:r>
        <w:rPr>
          <w:i/>
          <w:color w:val="64748B"/>
          <w:sz w:val="18"/>
        </w:rPr>
        <w:t>Modelo 2: constancia de quien sigue trabajando (borra esta línea)</w:t>
      </w:r>
    </w:p>
    <w:p>
      <w:pPr>
        <w:keepNext/>
        <w:spacing w:before="200" w:after="80"/>
      </w:pPr>
      <w:r>
        <w:rPr>
          <w:b/>
          <w:color w:val="1E3A5F"/>
        </w:rPr>
        <w:t>CONSTANCIA DE TRABAJO</w:t>
      </w:r>
    </w:p>
    <w:p>
      <w:r>
        <w:rPr>
          <w:highlight w:val="yellow"/>
        </w:rPr>
        <w:t>[Nombre o razón social del patrono o patrona]</w:t>
      </w:r>
      <w:r>
        <w:rPr/>
        <w:t xml:space="preserve">, RIF </w:t>
      </w:r>
      <w:r>
        <w:rPr>
          <w:highlight w:val="yellow"/>
        </w:rPr>
        <w:t>[número]</w:t>
      </w:r>
      <w:r>
        <w:rPr/>
        <w:t xml:space="preserve">, hace constar que </w:t>
      </w:r>
      <w:r>
        <w:rPr>
          <w:highlight w:val="yellow"/>
        </w:rPr>
        <w:t>[nombre del trabajador o trabajadora]</w:t>
      </w:r>
      <w:r>
        <w:rPr/>
        <w:t xml:space="preserve">, cédula de identidad N.° </w:t>
      </w:r>
      <w:r>
        <w:rPr>
          <w:highlight w:val="yellow"/>
        </w:rPr>
        <w:t>[número]</w:t>
      </w:r>
      <w:r>
        <w:rPr/>
        <w:t xml:space="preserve">, presta sus servicios en esta entidad de trabajo desde el </w:t>
      </w:r>
      <w:r>
        <w:rPr>
          <w:highlight w:val="yellow"/>
        </w:rPr>
        <w:t>[fecha de ingreso]</w:t>
      </w:r>
      <w:r>
        <w:rPr/>
        <w:t xml:space="preserve"> hasta la fecha, como </w:t>
      </w:r>
      <w:r>
        <w:rPr>
          <w:highlight w:val="yellow"/>
        </w:rPr>
        <w:t>[cargo u oficio]</w:t>
      </w:r>
      <w:r>
        <w:rPr/>
        <w:t xml:space="preserve">, con un salario de </w:t>
      </w:r>
      <w:r>
        <w:rPr>
          <w:highlight w:val="yellow"/>
        </w:rPr>
        <w:t>[monto y periodicidad]</w:t>
      </w:r>
      <w:r>
        <w:rPr/>
        <w:t>.</w:t>
      </w:r>
    </w:p>
    <w:p>
      <w:r>
        <w:rPr/>
        <w:t xml:space="preserve">Constancia que se expide a solicitud de la parte interesada, en </w:t>
      </w:r>
      <w:r>
        <w:rPr>
          <w:highlight w:val="yellow"/>
        </w:rPr>
        <w:t>[ciudad]</w:t>
      </w:r>
      <w:r>
        <w:rPr/>
        <w:t xml:space="preserve">, a los </w:t>
      </w:r>
      <w:r>
        <w:rPr>
          <w:highlight w:val="yellow"/>
        </w:rPr>
        <w:t>[día]</w:t>
      </w:r>
      <w:r>
        <w:rPr/>
        <w:t xml:space="preserve"> días del mes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  <w:r>
        <w:rPr/>
        <w:t>.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y cargo de quien firma]</w:t>
      </w:r>
    </w:p>
    <w:p>
      <w:r>
        <w:rPr>
          <w:highlight w:val="yellow"/>
        </w:rPr>
        <w:t>[Teléfono o correo para verificar esta constancia]</w:t>
      </w:r>
    </w:p>
    <w:p>
      <w:pPr>
        <w:spacing w:after="0"/>
      </w:pPr>
      <w:r>
        <w:br w:type="page"/>
      </w:r>
    </w:p>
    <w:p>
      <w:r>
        <w:rPr>
          <w:i/>
          <w:color w:val="64748B"/>
          <w:sz w:val="18"/>
        </w:rPr>
        <w:t>Modelo 3: solicitud del trabajador (borra esta línea)</w:t>
      </w:r>
    </w:p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r>
        <w:rPr/>
        <w:t>Señores</w:t>
      </w:r>
    </w:p>
    <w:p>
      <w:r>
        <w:rPr>
          <w:highlight w:val="yellow"/>
        </w:rPr>
        <w:t>[Nombre o razón social del patrono o patrona]</w:t>
      </w:r>
    </w:p>
    <w:p>
      <w:r>
        <w:rPr/>
        <w:t>Presente</w:t>
      </w:r>
    </w:p>
    <w:p>
      <w:r>
        <w:rPr/>
        <w:t xml:space="preserve">Yo, </w:t>
      </w:r>
      <w:r>
        <w:rPr>
          <w:highlight w:val="yellow"/>
        </w:rPr>
        <w:t>[nombre completo]</w:t>
      </w:r>
      <w:r>
        <w:rPr/>
        <w:t xml:space="preserve">, cédula de identidad N.° </w:t>
      </w:r>
      <w:r>
        <w:rPr>
          <w:highlight w:val="yellow"/>
        </w:rPr>
        <w:t>[número]</w:t>
      </w:r>
      <w:r>
        <w:rPr/>
        <w:t xml:space="preserve">, quien prestó servicios en esa entidad de trabajo del </w:t>
      </w:r>
      <w:r>
        <w:rPr>
          <w:highlight w:val="yellow"/>
        </w:rPr>
        <w:t>[fecha de ingreso]</w:t>
      </w:r>
      <w:r>
        <w:rPr/>
        <w:t xml:space="preserve"> al </w:t>
      </w:r>
      <w:r>
        <w:rPr>
          <w:highlight w:val="yellow"/>
        </w:rPr>
        <w:t>[fecha de egreso]</w:t>
      </w:r>
      <w:r>
        <w:rPr/>
        <w:t>, exijo que se me expida la constancia de trabajo prevista en el artículo 84 de la Ley Orgánica del Trabajo, los Trabajadores y las Trabajadoras, con la duración de la relación de trabajo, el último salario devengado y el oficio desempeñado.</w:t>
      </w:r>
    </w:p>
    <w:p>
      <w:r>
        <w:rPr/>
        <w:t>Atentamente,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completo]</w:t>
      </w:r>
    </w:p>
    <w:p>
      <w:r>
        <w:rPr/>
        <w:t xml:space="preserve">C.I. </w:t>
      </w:r>
      <w:r>
        <w:rPr>
          <w:highlight w:val="yellow"/>
        </w:rPr>
        <w:t>[número]</w:t>
      </w:r>
      <w:r>
        <w:rPr/>
        <w:t xml:space="preserve"> · </w:t>
      </w:r>
      <w:r>
        <w:rPr>
          <w:highlight w:val="yellow"/>
        </w:rPr>
        <w:t>[Teléfono o correo]</w:t>
      </w:r>
    </w:p>
    <w:p>
      <w:r>
        <w:rPr/>
        <w:t xml:space="preserve">Recibido por: </w:t>
      </w:r>
      <w:r>
        <w:rPr>
          <w:highlight w:val="yellow"/>
        </w:rPr>
        <w:t>[nombre y firma]</w:t>
      </w:r>
      <w:r>
        <w:rPr/>
        <w:t xml:space="preserve">. Fecha: </w:t>
      </w:r>
      <w:r>
        <w:rPr>
          <w:highlight w:val="yellow"/>
        </w:rPr>
        <w:t>[fecha]</w:t>
      </w:r>
    </w:p>
    <w:p>
      <w:pPr>
        <w:spacing w:after="0"/>
      </w:pPr>
      <w:r>
        <w:br w:type="page"/>
      </w:r>
    </w:p>
    <w:p>
      <w:r>
        <w:rPr>
          <w:b/>
          <w:color w:val="1E3A5F"/>
          <w:sz w:val="26"/>
        </w:rPr>
        <w:t>Notas para usar esta plantilla</w:t>
      </w:r>
    </w:p>
    <w:p>
      <w:r>
        <w:rPr>
          <w:i/>
          <w:color w:val="64748B"/>
          <w:sz w:val="19"/>
        </w:rPr>
        <w:t>Borra esta página antes de imprimir o enviar el documento.</w:t>
      </w:r>
    </w:p>
    <w:p>
      <w:pPr>
        <w:pStyle w:val="ListBullet"/>
        <w:spacing w:after="80"/>
      </w:pPr>
      <w:r>
        <w:rPr>
          <w:sz w:val="20"/>
        </w:rPr>
        <w:t>Sustituye los huecos en amarillo y quita el resaltado. Usa solo el modelo que te corresponda y borra los demás.</w:t>
      </w:r>
    </w:p>
    <w:p>
      <w:pPr>
        <w:pStyle w:val="ListBullet"/>
        <w:spacing w:after="80"/>
      </w:pPr>
      <w:r>
        <w:rPr>
          <w:sz w:val="20"/>
        </w:rPr>
        <w:t>Al terminar la relación, si el trabajador lo exige, el patrono debe expedir una constancia con la duración, el último salario devengado y el oficio desempeñado. No se puede hacer ninguna otra mención (art. 84 LOTTT).</w:t>
      </w:r>
    </w:p>
    <w:p>
      <w:pPr>
        <w:pStyle w:val="ListBullet"/>
        <w:spacing w:after="80"/>
      </w:pPr>
      <w:r>
        <w:rPr>
          <w:sz w:val="20"/>
        </w:rPr>
        <w:t>El art. 84 no fija un plazo en días y no se refiere a la constancia de quien sigue trabajando.</w:t>
      </w:r>
    </w:p>
    <w:p>
      <w:pPr>
        <w:pStyle w:val="ListBullet"/>
        <w:spacing w:after="80"/>
      </w:pPr>
      <w:r>
        <w:rPr>
          <w:sz w:val="20"/>
        </w:rPr>
        <w:t>La Procuraduría del Trabajo de cada Inspectoría presta asesoría y asistencia legal gratuita (art. 504 LOTTT). La justicia laboral es gratuita (art. 11).</w:t>
      </w:r>
    </w:p>
    <w:p>
      <w:pPr>
        <w:spacing w:before="200"/>
      </w:pPr>
      <w:r>
        <w:rPr>
          <w:color w:val="64748B"/>
          <w:sz w:val="19"/>
        </w:rPr>
        <w:t>Última revisión: 2 de noviembre de 2026. Guía completa y fuentes oficiales: https://www.ofizio.eu/ve/constancia-de-trabajo.html</w:t>
      </w:r>
    </w:p>
    <w:p>
      <w:r>
        <w:rPr>
          <w:color w:val="64748B"/>
          <w:sz w:val="19"/>
        </w:rPr>
        <w:t>Esta plantilla es orientativa y no sustituye la asesoría de un profesional. Para tu caso concreto, acude a la Procuraduría del Trabajo de tu Inspectoría, que asesora gratis.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sz w:val="22"/>
      <w:lang w:val="es-VE" w:eastAsia="es-V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Constancia de trabajo (Venezuela)</dc:title>
  <dc:subject>Plantilla laboral para Venezuela</dc:subject>
  <dc:creator>Ofizio</dc:creator>
  <cp:keywords/>
  <dc:description>Plantilla orientativa de www.ofizio.eu. Última revisión: 2 de noviembre de 2026.</dc:description>
  <cp:lastModifiedBy>Ofizio</cp:lastModifiedBy>
  <cp:revision>1</cp:revision>
  <dcterms:created xsi:type="dcterms:W3CDTF">2013-12-23T23:15:00Z</dcterms:created>
  <dcterms:modified xsi:type="dcterms:W3CDTF">2013-12-23T23:15:00Z</dcterms:modified>
  <cp:category/>
  <dc:language>es-VE</dc:language>
</cp:coreProperties>
</file>