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4748B"/>
          <w:sz w:val="18"/>
        </w:rPr>
        <w:t>Modelo 1: retiro voluntario con preaviso (borra esta línea)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Señores</w:t>
      </w:r>
    </w:p>
    <w:p>
      <w:r>
        <w:rPr>
          <w:highlight w:val="yellow"/>
        </w:rPr>
        <w:t>[Nombre o razón social del patrono o patrona]</w:t>
      </w:r>
    </w:p>
    <w:p>
      <w:r>
        <w:rPr/>
        <w:t xml:space="preserve">Atención: </w:t>
      </w:r>
      <w:r>
        <w:rPr>
          <w:highlight w:val="yellow"/>
        </w:rPr>
        <w:t>[Recursos Humanos o nombre del jefe]</w:t>
      </w:r>
    </w:p>
    <w:p>
      <w:r>
        <w:rPr/>
        <w:t>Presente</w:t>
      </w:r>
    </w:p>
    <w:p>
      <w:r>
        <w:rPr/>
        <w:t>Estimados señores:</w:t>
      </w:r>
    </w:p>
    <w:p>
      <w:r>
        <w:rPr/>
        <w:t xml:space="preserve">Yo, </w:t>
      </w:r>
      <w:r>
        <w:rPr>
          <w:highlight w:val="yellow"/>
        </w:rPr>
        <w:t>[nombre completo]</w:t>
      </w:r>
      <w:r>
        <w:rPr/>
        <w:t xml:space="preserve">, cédula de identidad N.° </w:t>
      </w:r>
      <w:r>
        <w:rPr>
          <w:highlight w:val="yellow"/>
        </w:rPr>
        <w:t>[número]</w:t>
      </w:r>
      <w:r>
        <w:rPr/>
        <w:t xml:space="preserve">, quien presta servicios como </w:t>
      </w:r>
      <w:r>
        <w:rPr>
          <w:highlight w:val="yellow"/>
        </w:rPr>
        <w:t>[cargo u oficio]</w:t>
      </w:r>
      <w:r>
        <w:rPr/>
        <w:t xml:space="preserve"> desde el </w:t>
      </w:r>
      <w:r>
        <w:rPr>
          <w:highlight w:val="yellow"/>
        </w:rPr>
        <w:t>[fecha de ingreso]</w:t>
      </w:r>
      <w:r>
        <w:rPr/>
        <w:t>, les comunico mi decisión voluntaria de poner fin a la relación de trabajo, de manera espontánea y libre de coacción, conforme al artículo 78 de la Ley Orgánica del Trabajo, los Trabajadores y las Trabajadoras.</w:t>
      </w:r>
    </w:p>
    <w:p>
      <w:r>
        <w:rPr/>
        <w:t xml:space="preserve">De acuerdo con el artículo 81 de esa ley, doy preaviso de </w:t>
      </w:r>
      <w:r>
        <w:rPr>
          <w:highlight w:val="yellow"/>
        </w:rPr>
        <w:t>[una semana, una quincena o un mes, según el tiempo trabajado]</w:t>
      </w:r>
      <w:r>
        <w:rPr/>
        <w:t xml:space="preserve">. Mi último día de trabajo será el </w:t>
      </w:r>
      <w:r>
        <w:rPr>
          <w:highlight w:val="yellow"/>
        </w:rPr>
        <w:t>[fecha]</w:t>
      </w:r>
      <w:r>
        <w:rPr/>
        <w:t>.</w:t>
      </w:r>
    </w:p>
    <w:p>
      <w:r>
        <w:rPr/>
        <w:t>Les solicito el pago de mis prestaciones sociales y demás conceptos dentro del plazo legal, y la constancia de trabajo del artículo 84.</w:t>
      </w:r>
    </w:p>
    <w:p>
      <w:r>
        <w:rPr/>
        <w:t>Atentamente,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completo]</w:t>
      </w:r>
    </w:p>
    <w:p>
      <w:r>
        <w:rPr/>
        <w:t xml:space="preserve">C.I. </w:t>
      </w:r>
      <w:r>
        <w:rPr>
          <w:highlight w:val="yellow"/>
        </w:rPr>
        <w:t>[número]</w:t>
      </w:r>
    </w:p>
    <w:p>
      <w:r>
        <w:rPr>
          <w:highlight w:val="yellow"/>
        </w:rPr>
        <w:t>[Teléfono]</w:t>
      </w:r>
      <w:r>
        <w:rPr/>
        <w:t xml:space="preserve"> · </w:t>
      </w:r>
      <w:r>
        <w:rPr>
          <w:highlight w:val="yellow"/>
        </w:rPr>
        <w:t>[Correo electrónico]</w:t>
      </w:r>
    </w:p>
    <w:p>
      <w:r>
        <w:rPr/>
        <w:t xml:space="preserve">Recibido por: </w:t>
      </w:r>
      <w:r>
        <w:rPr>
          <w:highlight w:val="yellow"/>
        </w:rPr>
        <w:t>[nombre y firma]</w:t>
      </w:r>
      <w:r>
        <w:rPr/>
        <w:t xml:space="preserve">. Fecha: </w:t>
      </w:r>
      <w:r>
        <w:rPr>
          <w:highlight w:val="yellow"/>
        </w:rPr>
        <w:t>[fecha]</w:t>
      </w:r>
    </w:p>
    <w:p>
      <w:pPr>
        <w:spacing w:after="0"/>
      </w:pPr>
      <w:r>
        <w:br w:type="page"/>
      </w:r>
    </w:p>
    <w:p>
      <w:r>
        <w:rPr>
          <w:i/>
          <w:color w:val="64748B"/>
          <w:sz w:val="18"/>
        </w:rPr>
        <w:t>Modelo 2: retiro justificado por causa del patrono (borra esta línea)</w:t>
      </w:r>
    </w:p>
    <w:p>
      <w:r>
        <w:rPr>
          <w:highlight w:val="yellow"/>
        </w:rPr>
        <w:t>[Ciudad]</w:t>
      </w:r>
      <w:r>
        <w:rPr/>
        <w:t xml:space="preserve">, </w:t>
      </w:r>
      <w:r>
        <w:rPr>
          <w:highlight w:val="yellow"/>
        </w:rPr>
        <w:t>[día]</w:t>
      </w:r>
      <w:r>
        <w:rPr/>
        <w:t xml:space="preserve"> de </w:t>
      </w:r>
      <w:r>
        <w:rPr>
          <w:highlight w:val="yellow"/>
        </w:rPr>
        <w:t>[mes]</w:t>
      </w:r>
      <w:r>
        <w:rPr/>
        <w:t xml:space="preserve"> de </w:t>
      </w:r>
      <w:r>
        <w:rPr>
          <w:highlight w:val="yellow"/>
        </w:rPr>
        <w:t>[año]</w:t>
      </w:r>
    </w:p>
    <w:p>
      <w:r>
        <w:rPr/>
        <w:t>Señores</w:t>
      </w:r>
    </w:p>
    <w:p>
      <w:r>
        <w:rPr>
          <w:highlight w:val="yellow"/>
        </w:rPr>
        <w:t>[Nombre o razón social del patrono o patrona]</w:t>
      </w:r>
    </w:p>
    <w:p>
      <w:r>
        <w:rPr/>
        <w:t xml:space="preserve">Atención: </w:t>
      </w:r>
      <w:r>
        <w:rPr>
          <w:highlight w:val="yellow"/>
        </w:rPr>
        <w:t>[representante legal o Recursos Humanos]</w:t>
      </w:r>
    </w:p>
    <w:p>
      <w:r>
        <w:rPr/>
        <w:t>Presente</w:t>
      </w:r>
    </w:p>
    <w:p>
      <w:r>
        <w:rPr/>
        <w:t>Estimados señores:</w:t>
      </w:r>
    </w:p>
    <w:p>
      <w:r>
        <w:rPr/>
        <w:t xml:space="preserve">Yo, </w:t>
      </w:r>
      <w:r>
        <w:rPr>
          <w:highlight w:val="yellow"/>
        </w:rPr>
        <w:t>[nombre completo]</w:t>
      </w:r>
      <w:r>
        <w:rPr/>
        <w:t xml:space="preserve">, cédula de identidad N.° </w:t>
      </w:r>
      <w:r>
        <w:rPr>
          <w:highlight w:val="yellow"/>
        </w:rPr>
        <w:t>[número]</w:t>
      </w:r>
      <w:r>
        <w:rPr/>
        <w:t xml:space="preserve">, quien presta servicios como </w:t>
      </w:r>
      <w:r>
        <w:rPr>
          <w:highlight w:val="yellow"/>
        </w:rPr>
        <w:t>[cargo u oficio]</w:t>
      </w:r>
      <w:r>
        <w:rPr/>
        <w:t xml:space="preserve"> desde el </w:t>
      </w:r>
      <w:r>
        <w:rPr>
          <w:highlight w:val="yellow"/>
        </w:rPr>
        <w:t>[fecha de ingreso]</w:t>
      </w:r>
      <w:r>
        <w:rPr/>
        <w:t xml:space="preserve">, les comunico que doy por terminada la relación de trabajo por causa justificada, conforme al literal </w:t>
      </w:r>
      <w:r>
        <w:rPr>
          <w:highlight w:val="yellow"/>
        </w:rPr>
        <w:t>[letra]</w:t>
      </w:r>
      <w:r>
        <w:rPr/>
        <w:t xml:space="preserve"> del artículo 80 de la Ley Orgánica del Trabajo, los Trabajadores y las Trabajadoras.</w:t>
      </w:r>
    </w:p>
    <w:p>
      <w:r>
        <w:rPr/>
        <w:t xml:space="preserve">Los hechos son los siguientes: </w:t>
      </w:r>
      <w:r>
        <w:rPr>
          <w:highlight w:val="yellow"/>
        </w:rPr>
        <w:t>[describe qué ocurrió, cuándo y qué pruebas tienes]</w:t>
      </w:r>
      <w:r>
        <w:rPr/>
        <w:t xml:space="preserve">. Tuve conocimiento de ellos el </w:t>
      </w:r>
      <w:r>
        <w:rPr>
          <w:highlight w:val="yellow"/>
        </w:rPr>
        <w:t>[fecha]</w:t>
      </w:r>
      <w:r>
        <w:rPr/>
        <w:t>.</w:t>
      </w:r>
    </w:p>
    <w:p>
      <w:r>
        <w:rPr/>
        <w:t>De acuerdo con el artículo 82 de esa ley, no corresponde preaviso. Les solicito el pago de mis prestaciones sociales y demás conceptos que me correspondan, y la constancia de trabajo del artículo 84.</w:t>
      </w:r>
    </w:p>
    <w:p>
      <w:r>
        <w:rPr/>
        <w:t>Atentamente,</w:t>
      </w:r>
    </w:p>
    <w:p>
      <w:pPr>
        <w:keepNext/>
        <w:spacing w:before="560" w:after="0"/>
      </w:pPr>
      <w:r>
        <w:rPr/>
        <w:t>_________________________</w:t>
      </w:r>
    </w:p>
    <w:p>
      <w:r>
        <w:rPr>
          <w:highlight w:val="yellow"/>
        </w:rPr>
        <w:t>[Nombre completo]</w:t>
      </w:r>
    </w:p>
    <w:p>
      <w:r>
        <w:rPr/>
        <w:t xml:space="preserve">C.I. </w:t>
      </w:r>
      <w:r>
        <w:rPr>
          <w:highlight w:val="yellow"/>
        </w:rPr>
        <w:t>[número]</w:t>
      </w:r>
    </w:p>
    <w:p>
      <w:r>
        <w:rPr>
          <w:highlight w:val="yellow"/>
        </w:rPr>
        <w:t>[Teléfono]</w:t>
      </w:r>
      <w:r>
        <w:rPr/>
        <w:t xml:space="preserve"> · </w:t>
      </w:r>
      <w:r>
        <w:rPr>
          <w:highlight w:val="yellow"/>
        </w:rPr>
        <w:t>[Correo electrónico]</w:t>
      </w:r>
    </w:p>
    <w:p>
      <w:r>
        <w:rPr/>
        <w:t xml:space="preserve">Recibido por: </w:t>
      </w:r>
      <w:r>
        <w:rPr>
          <w:highlight w:val="yellow"/>
        </w:rPr>
        <w:t>[nombre y firma]</w:t>
      </w:r>
      <w:r>
        <w:rPr/>
        <w:t xml:space="preserve">. Fecha: </w:t>
      </w:r>
      <w:r>
        <w:rPr>
          <w:highlight w:val="yellow"/>
        </w:rPr>
        <w:t>[fecha]</w:t>
      </w:r>
    </w:p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esta plantilla</w:t>
      </w:r>
    </w:p>
    <w:p>
      <w:r>
        <w:rPr>
          <w:i/>
          <w:color w:val="64748B"/>
          <w:sz w:val="19"/>
        </w:rPr>
        <w:t>Borra esta página antes de imprimir o enviar la carta.</w:t>
      </w:r>
    </w:p>
    <w:p>
      <w:pPr>
        <w:pStyle w:val="ListBullet"/>
        <w:spacing w:after="80"/>
      </w:pPr>
      <w:r>
        <w:rPr>
          <w:sz w:val="20"/>
        </w:rPr>
        <w:t>Sustituye los huecos en amarillo y quita el resaltado. Usa solo el modelo que te corresponda y borra el otro.</w:t>
      </w:r>
    </w:p>
    <w:p>
      <w:pPr>
        <w:pStyle w:val="ListBullet"/>
        <w:spacing w:after="80"/>
      </w:pPr>
      <w:r>
        <w:rPr>
          <w:sz w:val="20"/>
        </w:rPr>
        <w:t>Preaviso en relación por tiempo indeterminado: una semana después de un mes de trabajo, una quincena después de seis meses, un mes después de un año (art. 81 LOTTT).</w:t>
      </w:r>
    </w:p>
    <w:p>
      <w:pPr>
        <w:pStyle w:val="ListBullet"/>
        <w:spacing w:after="80"/>
      </w:pPr>
      <w:r>
        <w:rPr>
          <w:sz w:val="20"/>
        </w:rPr>
        <w:t>Con causa justificada se termina sin previo aviso, antes de que pasen treinta días continuos desde que se conoció el hecho (art. 82 LOTTT).</w:t>
      </w:r>
    </w:p>
    <w:p>
      <w:pPr>
        <w:pStyle w:val="ListBullet"/>
        <w:spacing w:after="80"/>
      </w:pPr>
      <w:r>
        <w:rPr>
          <w:sz w:val="20"/>
        </w:rPr>
        <w:t>Prestaciones sociales: dentro de los cinco días siguientes a la terminación (art. 142, literal f). Constancia de trabajo: si la exiges (art. 84).</w:t>
      </w:r>
    </w:p>
    <w:p>
      <w:pPr>
        <w:pStyle w:val="ListBullet"/>
        <w:spacing w:after="80"/>
      </w:pPr>
      <w:r>
        <w:rPr>
          <w:sz w:val="20"/>
        </w:rPr>
        <w:t>La Procuraduría del Trabajo de cada Inspectoría presta asesoría y asistencia legal gratuita (art. 504 LOTTT).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https://www.ofizio.eu/ve/carta-de-renuncia.html</w:t>
      </w:r>
    </w:p>
    <w:p>
      <w:r>
        <w:rPr>
          <w:color w:val="64748B"/>
          <w:sz w:val="19"/>
        </w:rPr>
        <w:t>Esta plantilla es orientativa y no sustituye la asesoría de un profesional. Para tu caso concreto, acude a la Procuraduría del Trabajo de tu Inspectoría, que asesora gratis.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sz w:val="22"/>
      <w:lang w:val="es-VE" w:eastAsia="es-V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 (Venezuela)</dc:title>
  <dc:subject>Plantilla laboral para Venezuela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es-VE</dc:language>
</cp:coreProperties>
</file>