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64748B"/>
          <w:sz w:val="18"/>
        </w:rPr>
        <w:t>Modelo 1: certificado de trabajo (borra esta línea)</w:t>
      </w:r>
    </w:p>
    <w:p>
      <w:pPr>
        <w:keepNext/>
        <w:spacing w:before="200" w:after="80"/>
      </w:pPr>
      <w:r>
        <w:rPr>
          <w:b/>
          <w:color w:val="1E3A5F"/>
        </w:rPr>
        <w:t>CERTIFICADO DE TRABAJO</w:t>
      </w:r>
    </w:p>
    <w:p>
      <w:r>
        <w:rPr>
          <w:highlight w:val="yellow"/>
        </w:rPr>
        <w:t>[Razón social del empleador]</w:t>
      </w:r>
      <w:r>
        <w:rPr/>
        <w:t xml:space="preserve">, con RUC N.° </w:t>
      </w:r>
      <w:r>
        <w:rPr>
          <w:highlight w:val="yellow"/>
        </w:rPr>
        <w:t>[número]</w:t>
      </w:r>
      <w:r>
        <w:rPr/>
        <w:t xml:space="preserve"> y domicilio en </w:t>
      </w:r>
      <w:r>
        <w:rPr>
          <w:highlight w:val="yellow"/>
        </w:rPr>
        <w:t>[dirección]</w:t>
      </w:r>
      <w:r>
        <w:rPr/>
        <w:t>, certifica que:</w:t>
      </w:r>
    </w:p>
    <w:p>
      <w:r>
        <w:rPr>
          <w:highlight w:val="yellow"/>
        </w:rPr>
        <w:t>[Nombres y apellidos]</w:t>
      </w:r>
      <w:r>
        <w:rPr/>
        <w:t xml:space="preserve">, identificado(a) con DNI N.° </w:t>
      </w:r>
      <w:r>
        <w:rPr>
          <w:highlight w:val="yellow"/>
        </w:rPr>
        <w:t>[número]</w:t>
      </w:r>
      <w:r>
        <w:rPr/>
        <w:t xml:space="preserve">, laboró en esta empresa desde el </w:t>
      </w:r>
      <w:r>
        <w:rPr>
          <w:highlight w:val="yellow"/>
        </w:rPr>
        <w:t>[fecha de ingreso]</w:t>
      </w:r>
      <w:r>
        <w:rPr/>
        <w:t xml:space="preserve"> hasta el </w:t>
      </w:r>
      <w:r>
        <w:rPr>
          <w:highlight w:val="yellow"/>
        </w:rPr>
        <w:t>[fecha de cese]</w:t>
      </w:r>
      <w:r>
        <w:rPr/>
        <w:t xml:space="preserve">, desempeñándose como </w:t>
      </w:r>
      <w:r>
        <w:rPr>
          <w:highlight w:val="yellow"/>
        </w:rPr>
        <w:t>[cargo o labores realizadas]</w:t>
      </w:r>
      <w:r>
        <w:rPr/>
        <w:t>.</w:t>
      </w:r>
    </w:p>
    <w:p>
      <w:r>
        <w:rPr>
          <w:highlight w:val="yellow"/>
        </w:rPr>
        <w:t>[Solo si el trabajador lo solicita: apreciación de su conducta o rendimiento.]</w:t>
      </w:r>
    </w:p>
    <w:p>
      <w:r>
        <w:rPr/>
        <w:t>Se expide el presente certificado conforme a la tercera disposición del título VII del Decreto Supremo 001-96-TR.</w:t>
      </w:r>
    </w:p>
    <w:p>
      <w:r>
        <w:rPr>
          <w:highlight w:val="yellow"/>
        </w:rPr>
        <w:t>[Ciudad]</w:t>
      </w:r>
      <w:r>
        <w:rPr/>
        <w:t xml:space="preserve">, </w:t>
      </w:r>
      <w:r>
        <w:rPr>
          <w:highlight w:val="yellow"/>
        </w:rPr>
        <w:t>[día]</w:t>
      </w:r>
      <w:r>
        <w:rPr/>
        <w:t xml:space="preserve"> de </w:t>
      </w:r>
      <w:r>
        <w:rPr>
          <w:highlight w:val="yellow"/>
        </w:rPr>
        <w:t>[mes]</w:t>
      </w:r>
      <w:r>
        <w:rPr/>
        <w:t xml:space="preserve"> de </w:t>
      </w:r>
      <w:r>
        <w:rPr>
          <w:highlight w:val="yellow"/>
        </w:rPr>
        <w:t>[año]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[Nombre y cargo de quien firma]</w:t>
      </w:r>
    </w:p>
    <w:p>
      <w:r>
        <w:rPr>
          <w:highlight w:val="yellow"/>
        </w:rPr>
        <w:t>[Razón social del empleador]</w:t>
      </w:r>
    </w:p>
    <w:p>
      <w:pPr>
        <w:spacing w:after="0"/>
      </w:pPr>
      <w:r>
        <w:br w:type="page"/>
      </w:r>
    </w:p>
    <w:p>
      <w:r>
        <w:rPr>
          <w:i/>
          <w:color w:val="64748B"/>
          <w:sz w:val="18"/>
        </w:rPr>
        <w:t>Modelo 2: constancia de trabajo (borra esta línea)</w:t>
      </w:r>
    </w:p>
    <w:p>
      <w:pPr>
        <w:keepNext/>
        <w:spacing w:before="200" w:after="80"/>
      </w:pPr>
      <w:r>
        <w:rPr>
          <w:b/>
          <w:color w:val="1E3A5F"/>
        </w:rPr>
        <w:t>CONSTANCIA DE TRABAJO</w:t>
      </w:r>
    </w:p>
    <w:p>
      <w:r>
        <w:rPr>
          <w:highlight w:val="yellow"/>
        </w:rPr>
        <w:t>[Razón social del empleador]</w:t>
      </w:r>
      <w:r>
        <w:rPr/>
        <w:t xml:space="preserve">, con RUC N.° </w:t>
      </w:r>
      <w:r>
        <w:rPr>
          <w:highlight w:val="yellow"/>
        </w:rPr>
        <w:t>[número]</w:t>
      </w:r>
      <w:r>
        <w:rPr/>
        <w:t xml:space="preserve"> y domicilio en </w:t>
      </w:r>
      <w:r>
        <w:rPr>
          <w:highlight w:val="yellow"/>
        </w:rPr>
        <w:t>[dirección]</w:t>
      </w:r>
      <w:r>
        <w:rPr/>
        <w:t>, hace constar que:</w:t>
      </w:r>
    </w:p>
    <w:p>
      <w:r>
        <w:rPr>
          <w:highlight w:val="yellow"/>
        </w:rPr>
        <w:t>[Nombres y apellidos]</w:t>
      </w:r>
      <w:r>
        <w:rPr/>
        <w:t xml:space="preserve">, identificado(a) con DNI N.° </w:t>
      </w:r>
      <w:r>
        <w:rPr>
          <w:highlight w:val="yellow"/>
        </w:rPr>
        <w:t>[número]</w:t>
      </w:r>
      <w:r>
        <w:rPr/>
        <w:t xml:space="preserve">, labora en esta empresa desde el </w:t>
      </w:r>
      <w:r>
        <w:rPr>
          <w:highlight w:val="yellow"/>
        </w:rPr>
        <w:t>[fecha de ingreso]</w:t>
      </w:r>
      <w:r>
        <w:rPr/>
        <w:t xml:space="preserve"> hasta la fecha, como </w:t>
      </w:r>
      <w:r>
        <w:rPr>
          <w:highlight w:val="yellow"/>
        </w:rPr>
        <w:t>[cargo]</w:t>
      </w:r>
      <w:r>
        <w:rPr/>
        <w:t>.</w:t>
      </w:r>
    </w:p>
    <w:p>
      <w:r>
        <w:rPr>
          <w:highlight w:val="yellow"/>
        </w:rPr>
        <w:t>[Solo si el trabajador lo pide: percibe una remuneración mensual de S/ (monto).]</w:t>
      </w:r>
    </w:p>
    <w:p>
      <w:r>
        <w:rPr/>
        <w:t>Se expide la presente a solicitud del interesado, para los fines que estime convenientes.</w:t>
      </w:r>
    </w:p>
    <w:p>
      <w:r>
        <w:rPr>
          <w:highlight w:val="yellow"/>
        </w:rPr>
        <w:t>[Ciudad]</w:t>
      </w:r>
      <w:r>
        <w:rPr/>
        <w:t xml:space="preserve">, </w:t>
      </w:r>
      <w:r>
        <w:rPr>
          <w:highlight w:val="yellow"/>
        </w:rPr>
        <w:t>[día]</w:t>
      </w:r>
      <w:r>
        <w:rPr/>
        <w:t xml:space="preserve"> de </w:t>
      </w:r>
      <w:r>
        <w:rPr>
          <w:highlight w:val="yellow"/>
        </w:rPr>
        <w:t>[mes]</w:t>
      </w:r>
      <w:r>
        <w:rPr/>
        <w:t xml:space="preserve"> de </w:t>
      </w:r>
      <w:r>
        <w:rPr>
          <w:highlight w:val="yellow"/>
        </w:rPr>
        <w:t>[año]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[Nombre y cargo de quien firma]</w:t>
      </w:r>
    </w:p>
    <w:p>
      <w:r>
        <w:rPr>
          <w:highlight w:val="yellow"/>
        </w:rPr>
        <w:t>[Razón social del empleador]</w:t>
      </w:r>
    </w:p>
    <w:p>
      <w:pPr>
        <w:spacing w:after="0"/>
      </w:pPr>
      <w:r>
        <w:br w:type="page"/>
      </w:r>
    </w:p>
    <w:p>
      <w:r>
        <w:rPr>
          <w:i/>
          <w:color w:val="64748B"/>
          <w:sz w:val="18"/>
        </w:rPr>
        <w:t>Modelo 3: solicitud del trabajador (borra esta línea)</w:t>
      </w:r>
    </w:p>
    <w:p>
      <w:r>
        <w:rPr>
          <w:highlight w:val="yellow"/>
        </w:rPr>
        <w:t>[Ciudad]</w:t>
      </w:r>
      <w:r>
        <w:rPr/>
        <w:t xml:space="preserve">, </w:t>
      </w:r>
      <w:r>
        <w:rPr>
          <w:highlight w:val="yellow"/>
        </w:rPr>
        <w:t>[día]</w:t>
      </w:r>
      <w:r>
        <w:rPr/>
        <w:t xml:space="preserve"> de </w:t>
      </w:r>
      <w:r>
        <w:rPr>
          <w:highlight w:val="yellow"/>
        </w:rPr>
        <w:t>[mes]</w:t>
      </w:r>
      <w:r>
        <w:rPr/>
        <w:t xml:space="preserve"> de </w:t>
      </w:r>
      <w:r>
        <w:rPr>
          <w:highlight w:val="yellow"/>
        </w:rPr>
        <w:t>[año]</w:t>
      </w:r>
    </w:p>
    <w:p>
      <w:r>
        <w:rPr/>
        <w:t>Señores</w:t>
      </w:r>
    </w:p>
    <w:p>
      <w:r>
        <w:rPr>
          <w:highlight w:val="yellow"/>
        </w:rPr>
        <w:t>[Razón social del empleador]</w:t>
      </w:r>
    </w:p>
    <w:p>
      <w:r>
        <w:rPr/>
        <w:t xml:space="preserve">Atención: </w:t>
      </w:r>
      <w:r>
        <w:rPr>
          <w:highlight w:val="yellow"/>
        </w:rPr>
        <w:t>[Recursos Humanos o gerente]</w:t>
      </w:r>
    </w:p>
    <w:p>
      <w:r>
        <w:rPr/>
        <w:t>Presente.-</w:t>
      </w:r>
    </w:p>
    <w:p>
      <w:r>
        <w:rPr/>
        <w:t xml:space="preserve">Asunto: Solicitud de </w:t>
      </w:r>
      <w:r>
        <w:rPr>
          <w:highlight w:val="yellow"/>
        </w:rPr>
        <w:t>[certificado o constancia]</w:t>
      </w:r>
      <w:r>
        <w:rPr/>
        <w:t xml:space="preserve"> de trabajo</w:t>
      </w:r>
    </w:p>
    <w:p>
      <w:r>
        <w:rPr/>
        <w:t xml:space="preserve">Yo, </w:t>
      </w:r>
      <w:r>
        <w:rPr>
          <w:highlight w:val="yellow"/>
        </w:rPr>
        <w:t>[nombres y apellidos]</w:t>
      </w:r>
      <w:r>
        <w:rPr/>
        <w:t xml:space="preserve">, identificado(a) con DNI N.° </w:t>
      </w:r>
      <w:r>
        <w:rPr>
          <w:highlight w:val="yellow"/>
        </w:rPr>
        <w:t>[número]</w:t>
      </w:r>
      <w:r>
        <w:rPr/>
        <w:t xml:space="preserve">, </w:t>
      </w:r>
      <w:r>
        <w:rPr>
          <w:highlight w:val="yellow"/>
        </w:rPr>
        <w:t>[trabajador(a) o extrabajador(a)]</w:t>
      </w:r>
      <w:r>
        <w:rPr/>
        <w:t xml:space="preserve"> de su empresa desde el </w:t>
      </w:r>
      <w:r>
        <w:rPr>
          <w:highlight w:val="yellow"/>
        </w:rPr>
        <w:t>[fecha de ingreso]</w:t>
      </w:r>
      <w:r>
        <w:rPr/>
        <w:t xml:space="preserve"> </w:t>
      </w:r>
      <w:r>
        <w:rPr>
          <w:highlight w:val="yellow"/>
        </w:rPr>
        <w:t>[y hasta el (fecha de cese)]</w:t>
      </w:r>
      <w:r>
        <w:rPr/>
        <w:t xml:space="preserve">, solicito se me entregue </w:t>
      </w:r>
      <w:r>
        <w:rPr>
          <w:highlight w:val="yellow"/>
        </w:rPr>
        <w:t>[el certificado de trabajo o una constancia de trabajo]</w:t>
      </w:r>
      <w:r>
        <w:rPr/>
        <w:t>.</w:t>
      </w:r>
    </w:p>
    <w:p>
      <w:r>
        <w:rPr>
          <w:highlight w:val="yellow"/>
        </w:rPr>
        <w:t>[Si es un certificado: Esta solicitud se presenta conforme a la tercera disposición del título VII del Decreto Supremo 001-96-TR, que fija un plazo de 48 horas desde la extinción del contrato.]</w:t>
      </w:r>
    </w:p>
    <w:p>
      <w:r>
        <w:rPr/>
        <w:t>Atentamente,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[Nombres y apellidos]</w:t>
      </w:r>
    </w:p>
    <w:p>
      <w:r>
        <w:rPr/>
        <w:t xml:space="preserve">DNI N.° </w:t>
      </w:r>
      <w:r>
        <w:rPr>
          <w:highlight w:val="yellow"/>
        </w:rPr>
        <w:t>[número]</w:t>
      </w:r>
    </w:p>
    <w:p>
      <w:r>
        <w:rPr/>
        <w:t xml:space="preserve">Recibido por: </w:t>
      </w:r>
      <w:r>
        <w:rPr>
          <w:highlight w:val="yellow"/>
        </w:rPr>
        <w:t>[nombre, cargo y sello]</w:t>
      </w:r>
      <w:r>
        <w:rPr/>
        <w:t xml:space="preserve">. Fecha: </w:t>
      </w:r>
      <w:r>
        <w:rPr>
          <w:highlight w:val="yellow"/>
        </w:rPr>
        <w:t>[fecha]</w:t>
      </w:r>
    </w:p>
    <w:p>
      <w:pPr>
        <w:spacing w:after="0"/>
      </w:pPr>
      <w:r>
        <w:br w:type="page"/>
      </w:r>
    </w:p>
    <w:p>
      <w:r>
        <w:rPr>
          <w:b/>
          <w:color w:val="1E3A5F"/>
          <w:sz w:val="26"/>
        </w:rPr>
        <w:t>Notas para usar esta plantilla</w:t>
      </w:r>
    </w:p>
    <w:p>
      <w:r>
        <w:rPr>
          <w:i/>
          <w:color w:val="64748B"/>
          <w:sz w:val="19"/>
        </w:rPr>
        <w:t>Borra esta página antes de imprimir o enviar el documento.</w:t>
      </w:r>
    </w:p>
    <w:p>
      <w:pPr>
        <w:pStyle w:val="ListBullet"/>
        <w:spacing w:after="80"/>
      </w:pPr>
      <w:r>
        <w:rPr>
          <w:sz w:val="20"/>
        </w:rPr>
        <w:t>Sustituye los huecos en amarillo y quita el resaltado. Usa solo el modelo que te corresponda y borra los demás.</w:t>
      </w:r>
    </w:p>
    <w:p>
      <w:pPr>
        <w:pStyle w:val="ListBullet"/>
        <w:spacing w:after="80"/>
      </w:pPr>
      <w:r>
        <w:rPr>
          <w:sz w:val="20"/>
        </w:rPr>
        <w:t>Certificado de trabajo: dentro de las 48 horas de extinguido el contrato, con el tiempo de servicios y la naturaleza de las labores; la apreciación de conducta o rendimiento solo a solicitud del trabajador (tercera disposición del título VII, D.S. 001-96-TR).</w:t>
      </w:r>
    </w:p>
    <w:p>
      <w:pPr>
        <w:pStyle w:val="ListBullet"/>
        <w:spacing w:after="80"/>
      </w:pPr>
      <w:r>
        <w:rPr>
          <w:sz w:val="20"/>
        </w:rPr>
        <w:t>La certificación de cese para retirar la CTS es otro documento: dentro de las 48 horas de producido el cese (art. 45, D.S. 001-97-TR).</w:t>
      </w:r>
    </w:p>
    <w:p>
      <w:pPr>
        <w:pStyle w:val="ListBullet"/>
        <w:spacing w:after="80"/>
      </w:pPr>
      <w:r>
        <w:rPr>
          <w:sz w:val="20"/>
        </w:rPr>
        <w:t>Constancia de trabajo: en las normas revisadas no aparece un plazo; conviene pedirla por escrito.</w:t>
      </w:r>
    </w:p>
    <w:p>
      <w:pPr>
        <w:pStyle w:val="ListBullet"/>
        <w:spacing w:after="80"/>
      </w:pPr>
      <w:r>
        <w:rPr>
          <w:sz w:val="20"/>
        </w:rPr>
        <w:t>Consultas gratuitas: Sunafil, línea 0 800 16872.</w:t>
      </w:r>
    </w:p>
    <w:p>
      <w:pPr>
        <w:spacing w:before="200"/>
      </w:pPr>
      <w:r>
        <w:rPr>
          <w:color w:val="64748B"/>
          <w:sz w:val="19"/>
        </w:rPr>
        <w:t>Última revisión: 2 de noviembre de 2026. Guía completa y fuentes oficiales: https://www.ofizio.eu/pe/constancia-de-trabajo.html</w:t>
      </w:r>
    </w:p>
    <w:p>
      <w:r>
        <w:rPr>
          <w:color w:val="64748B"/>
          <w:sz w:val="19"/>
        </w:rPr>
        <w:t>Esta plantilla es orientativa y no sustituye la asesoría de un profesional. Para tu caso concreto, consulta gratis al Ministerio de Trabajo y Promoción del Empleo o a la Sunafil.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sz w:val="22"/>
      <w:lang w:val="es-PE" w:eastAsia="es-P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Constancia y certificado de trabajo (Perú)</dc:title>
  <dc:subject>Plantilla laboral para Perú</dc:subject>
  <dc:creator>Ofizio</dc:creator>
  <cp:keywords/>
  <dc:description>Plantilla orientativa de www.ofizio.eu. Última revisión: 2 de noviembre de 2026.</dc:description>
  <cp:lastModifiedBy>Ofizio</cp:lastModifiedBy>
  <cp:revision>1</cp:revision>
  <dcterms:created xsi:type="dcterms:W3CDTF">2013-12-23T23:15:00Z</dcterms:created>
  <dcterms:modified xsi:type="dcterms:W3CDTF">2013-12-23T23:15:00Z</dcterms:modified>
  <cp:category/>
  <dc:language>es-PE</dc:language>
</cp:coreProperties>
</file>