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color w:val="64748B"/>
          <w:sz w:val="18"/>
        </w:rPr>
        <w:t>Modelo 1: renuncia con aviso de 30 días (borra esta línea)</w:t>
      </w:r>
    </w:p>
    <w:p>
      <w:r>
        <w:rPr>
          <w:highlight w:val="yellow"/>
        </w:rPr>
        <w:t>[Ciudad]</w:t>
      </w:r>
      <w:r>
        <w:rPr/>
        <w:t xml:space="preserve">, </w:t>
      </w:r>
      <w:r>
        <w:rPr>
          <w:highlight w:val="yellow"/>
        </w:rPr>
        <w:t>[día]</w:t>
      </w:r>
      <w:r>
        <w:rPr/>
        <w:t xml:space="preserve"> de </w:t>
      </w:r>
      <w:r>
        <w:rPr>
          <w:highlight w:val="yellow"/>
        </w:rPr>
        <w:t>[mes]</w:t>
      </w:r>
      <w:r>
        <w:rPr/>
        <w:t xml:space="preserve"> de </w:t>
      </w:r>
      <w:r>
        <w:rPr>
          <w:highlight w:val="yellow"/>
        </w:rPr>
        <w:t>[año]</w:t>
      </w:r>
    </w:p>
    <w:p>
      <w:r>
        <w:rPr/>
        <w:t>Señores</w:t>
      </w:r>
    </w:p>
    <w:p>
      <w:r>
        <w:rPr>
          <w:highlight w:val="yellow"/>
        </w:rPr>
        <w:t>[Razón social del empleador]</w:t>
      </w:r>
    </w:p>
    <w:p>
      <w:r>
        <w:rPr/>
        <w:t xml:space="preserve">Atención: </w:t>
      </w:r>
      <w:r>
        <w:rPr>
          <w:highlight w:val="yellow"/>
        </w:rPr>
        <w:t>[Recursos Humanos o gerente]</w:t>
      </w:r>
    </w:p>
    <w:p>
      <w:r>
        <w:rPr/>
        <w:t>Presente.-</w:t>
      </w:r>
    </w:p>
    <w:p>
      <w:r>
        <w:rPr/>
        <w:t>Asunto: Renuncia voluntaria</w:t>
      </w:r>
    </w:p>
    <w:p>
      <w:r>
        <w:rPr/>
        <w:t>De mi consideración:</w:t>
      </w:r>
    </w:p>
    <w:p>
      <w:r>
        <w:rPr/>
        <w:t xml:space="preserve">Yo, </w:t>
      </w:r>
      <w:r>
        <w:rPr>
          <w:highlight w:val="yellow"/>
        </w:rPr>
        <w:t>[nombres y apellidos]</w:t>
      </w:r>
      <w:r>
        <w:rPr/>
        <w:t xml:space="preserve">, identificado(a) con DNI N.° </w:t>
      </w:r>
      <w:r>
        <w:rPr>
          <w:highlight w:val="yellow"/>
        </w:rPr>
        <w:t>[número]</w:t>
      </w:r>
      <w:r>
        <w:rPr/>
        <w:t xml:space="preserve">, </w:t>
      </w:r>
      <w:r>
        <w:rPr>
          <w:highlight w:val="yellow"/>
        </w:rPr>
        <w:t>[cargo]</w:t>
      </w:r>
      <w:r>
        <w:rPr/>
        <w:t xml:space="preserve"> en su empresa desde el </w:t>
      </w:r>
      <w:r>
        <w:rPr>
          <w:highlight w:val="yellow"/>
        </w:rPr>
        <w:t>[fecha de ingreso]</w:t>
      </w:r>
      <w:r>
        <w:rPr/>
        <w:t>, comunico mi renuncia voluntaria al puesto que desempeño, conforme al inciso b) del artículo 16 y al artículo 18 del Texto Único Ordenado del Decreto Legislativo 728, aprobado por el Decreto Supremo 003-97-TR.</w:t>
      </w:r>
    </w:p>
    <w:p>
      <w:r>
        <w:rPr/>
        <w:t xml:space="preserve">Doy este aviso con 30 días de anticipación, por lo que mi último día de labores será el </w:t>
      </w:r>
      <w:r>
        <w:rPr>
          <w:highlight w:val="yellow"/>
        </w:rPr>
        <w:t>[fecha]</w:t>
      </w:r>
      <w:r>
        <w:rPr/>
        <w:t>.</w:t>
      </w:r>
    </w:p>
    <w:p>
      <w:r>
        <w:rPr/>
        <w:t>Solicito que, al cese, se me entreguen el certificado de trabajo y la liquidación de mis beneficios sociales en el plazo de ley.</w:t>
      </w:r>
    </w:p>
    <w:p>
      <w:r>
        <w:rPr/>
        <w:t>Atentamente,</w:t>
      </w:r>
    </w:p>
    <w:p>
      <w:pPr>
        <w:keepNext/>
        <w:spacing w:before="560" w:after="0"/>
      </w:pPr>
      <w:r>
        <w:rPr/>
        <w:t>_________________________</w:t>
      </w:r>
    </w:p>
    <w:p>
      <w:r>
        <w:rPr>
          <w:highlight w:val="yellow"/>
        </w:rPr>
        <w:t>[Nombres y apellidos]</w:t>
      </w:r>
    </w:p>
    <w:p>
      <w:r>
        <w:rPr/>
        <w:t xml:space="preserve">DNI N.° </w:t>
      </w:r>
      <w:r>
        <w:rPr>
          <w:highlight w:val="yellow"/>
        </w:rPr>
        <w:t>[número]</w:t>
      </w:r>
    </w:p>
    <w:p>
      <w:r>
        <w:rPr/>
        <w:t xml:space="preserve">Recibido por: </w:t>
      </w:r>
      <w:r>
        <w:rPr>
          <w:highlight w:val="yellow"/>
        </w:rPr>
        <w:t>[nombre, cargo y sello]</w:t>
      </w:r>
      <w:r>
        <w:rPr/>
        <w:t xml:space="preserve">. Fecha: </w:t>
      </w:r>
      <w:r>
        <w:rPr>
          <w:highlight w:val="yellow"/>
        </w:rPr>
        <w:t>[fecha]</w:t>
      </w:r>
    </w:p>
    <w:p>
      <w:pPr>
        <w:spacing w:after="0"/>
      </w:pPr>
      <w:r>
        <w:br w:type="page"/>
      </w:r>
    </w:p>
    <w:p>
      <w:r>
        <w:rPr>
          <w:i/>
          <w:color w:val="64748B"/>
          <w:sz w:val="18"/>
        </w:rPr>
        <w:t>Modelo 2: renuncia con pedido de exoneración del plazo (borra esta línea)</w:t>
      </w:r>
    </w:p>
    <w:p>
      <w:r>
        <w:rPr>
          <w:highlight w:val="yellow"/>
        </w:rPr>
        <w:t>[Ciudad]</w:t>
      </w:r>
      <w:r>
        <w:rPr/>
        <w:t xml:space="preserve">, </w:t>
      </w:r>
      <w:r>
        <w:rPr>
          <w:highlight w:val="yellow"/>
        </w:rPr>
        <w:t>[día]</w:t>
      </w:r>
      <w:r>
        <w:rPr/>
        <w:t xml:space="preserve"> de </w:t>
      </w:r>
      <w:r>
        <w:rPr>
          <w:highlight w:val="yellow"/>
        </w:rPr>
        <w:t>[mes]</w:t>
      </w:r>
      <w:r>
        <w:rPr/>
        <w:t xml:space="preserve"> de </w:t>
      </w:r>
      <w:r>
        <w:rPr>
          <w:highlight w:val="yellow"/>
        </w:rPr>
        <w:t>[año]</w:t>
      </w:r>
    </w:p>
    <w:p>
      <w:r>
        <w:rPr/>
        <w:t>Señores</w:t>
      </w:r>
    </w:p>
    <w:p>
      <w:r>
        <w:rPr>
          <w:highlight w:val="yellow"/>
        </w:rPr>
        <w:t>[Razón social del empleador]</w:t>
      </w:r>
    </w:p>
    <w:p>
      <w:r>
        <w:rPr/>
        <w:t xml:space="preserve">Atención: </w:t>
      </w:r>
      <w:r>
        <w:rPr>
          <w:highlight w:val="yellow"/>
        </w:rPr>
        <w:t>[Recursos Humanos o gerente]</w:t>
      </w:r>
    </w:p>
    <w:p>
      <w:r>
        <w:rPr/>
        <w:t>Presente.-</w:t>
      </w:r>
    </w:p>
    <w:p>
      <w:r>
        <w:rPr/>
        <w:t>Asunto: Renuncia voluntaria y pedido de exoneración del plazo de aviso</w:t>
      </w:r>
    </w:p>
    <w:p>
      <w:r>
        <w:rPr/>
        <w:t>De mi consideración:</w:t>
      </w:r>
    </w:p>
    <w:p>
      <w:r>
        <w:rPr/>
        <w:t xml:space="preserve">Yo, </w:t>
      </w:r>
      <w:r>
        <w:rPr>
          <w:highlight w:val="yellow"/>
        </w:rPr>
        <w:t>[nombres y apellidos]</w:t>
      </w:r>
      <w:r>
        <w:rPr/>
        <w:t xml:space="preserve">, identificado(a) con DNI N.° </w:t>
      </w:r>
      <w:r>
        <w:rPr>
          <w:highlight w:val="yellow"/>
        </w:rPr>
        <w:t>[número]</w:t>
      </w:r>
      <w:r>
        <w:rPr/>
        <w:t xml:space="preserve">, </w:t>
      </w:r>
      <w:r>
        <w:rPr>
          <w:highlight w:val="yellow"/>
        </w:rPr>
        <w:t>[cargo]</w:t>
      </w:r>
      <w:r>
        <w:rPr/>
        <w:t xml:space="preserve"> en su empresa desde el </w:t>
      </w:r>
      <w:r>
        <w:rPr>
          <w:highlight w:val="yellow"/>
        </w:rPr>
        <w:t>[fecha de ingreso]</w:t>
      </w:r>
      <w:r>
        <w:rPr/>
        <w:t>, comunico mi renuncia voluntaria al puesto que desempeño, conforme al inciso b) del artículo 16 y al artículo 18 del Texto Único Ordenado del Decreto Legislativo 728, aprobado por el Decreto Supremo 003-97-TR.</w:t>
      </w:r>
    </w:p>
    <w:p>
      <w:r>
        <w:rPr/>
        <w:t xml:space="preserve">Solicito que se me exonere del plazo de 30 días, de modo que mi último día de labores sea el </w:t>
      </w:r>
      <w:r>
        <w:rPr>
          <w:highlight w:val="yellow"/>
        </w:rPr>
        <w:t>[fecha]</w:t>
      </w:r>
      <w:r>
        <w:rPr/>
        <w:t>. De acuerdo con el citado artículo 18, esta solicitud se entenderá aceptada si no es rechazada por escrito dentro del tercer día.</w:t>
      </w:r>
    </w:p>
    <w:p>
      <w:r>
        <w:rPr/>
        <w:t>Solicito que, al cese, se me entreguen el certificado de trabajo y la liquidación de mis beneficios sociales en el plazo de ley.</w:t>
      </w:r>
    </w:p>
    <w:p>
      <w:r>
        <w:rPr/>
        <w:t>Atentamente,</w:t>
      </w:r>
    </w:p>
    <w:p>
      <w:pPr>
        <w:keepNext/>
        <w:spacing w:before="560" w:after="0"/>
      </w:pPr>
      <w:r>
        <w:rPr/>
        <w:t>_________________________</w:t>
      </w:r>
    </w:p>
    <w:p>
      <w:r>
        <w:rPr>
          <w:highlight w:val="yellow"/>
        </w:rPr>
        <w:t>[Nombres y apellidos]</w:t>
      </w:r>
    </w:p>
    <w:p>
      <w:r>
        <w:rPr/>
        <w:t xml:space="preserve">DNI N.° </w:t>
      </w:r>
      <w:r>
        <w:rPr>
          <w:highlight w:val="yellow"/>
        </w:rPr>
        <w:t>[número]</w:t>
      </w:r>
    </w:p>
    <w:p>
      <w:r>
        <w:rPr/>
        <w:t xml:space="preserve">Recibido por: </w:t>
      </w:r>
      <w:r>
        <w:rPr>
          <w:highlight w:val="yellow"/>
        </w:rPr>
        <w:t>[nombre, cargo y sello]</w:t>
      </w:r>
      <w:r>
        <w:rPr/>
        <w:t xml:space="preserve">. Fecha: </w:t>
      </w:r>
      <w:r>
        <w:rPr>
          <w:highlight w:val="yellow"/>
        </w:rPr>
        <w:t>[fecha]</w:t>
      </w:r>
    </w:p>
    <w:p>
      <w:pPr>
        <w:spacing w:after="0"/>
      </w:pPr>
      <w:r>
        <w:br w:type="page"/>
      </w:r>
    </w:p>
    <w:p>
      <w:r>
        <w:rPr>
          <w:b/>
          <w:color w:val="1E3A5F"/>
          <w:sz w:val="26"/>
        </w:rPr>
        <w:t>Notas para usar esta plantilla</w:t>
      </w:r>
    </w:p>
    <w:p>
      <w:r>
        <w:rPr>
          <w:i/>
          <w:color w:val="64748B"/>
          <w:sz w:val="19"/>
        </w:rPr>
        <w:t>Borra esta página antes de imprimir o enviar la carta.</w:t>
      </w:r>
    </w:p>
    <w:p>
      <w:pPr>
        <w:pStyle w:val="ListBullet"/>
        <w:spacing w:after="80"/>
      </w:pPr>
      <w:r>
        <w:rPr>
          <w:sz w:val="20"/>
        </w:rPr>
        <w:t>Sustituye los huecos en amarillo y quita el resaltado. Usa solo el modelo que te corresponda y borra el otro.</w:t>
      </w:r>
    </w:p>
    <w:p>
      <w:pPr>
        <w:pStyle w:val="ListBullet"/>
        <w:spacing w:after="80"/>
      </w:pPr>
      <w:r>
        <w:rPr>
          <w:sz w:val="20"/>
        </w:rPr>
        <w:t>Aviso escrito con 30 días de anticipación (art. 18, D.S. 003-97-TR).</w:t>
      </w:r>
    </w:p>
    <w:p>
      <w:pPr>
        <w:pStyle w:val="ListBullet"/>
        <w:spacing w:after="80"/>
      </w:pPr>
      <w:r>
        <w:rPr>
          <w:sz w:val="20"/>
        </w:rPr>
        <w:t>Si pides exoneración, la solicitud se entiende aceptada si no es rechazada por escrito dentro del tercer día (art. 18). Si el empleador se niega, debes laborar hasta cumplir el plazo (art. 27, D.S. 001-96-TR).</w:t>
      </w:r>
    </w:p>
    <w:p>
      <w:pPr>
        <w:pStyle w:val="ListBullet"/>
        <w:spacing w:after="80"/>
      </w:pPr>
      <w:r>
        <w:rPr>
          <w:sz w:val="20"/>
        </w:rPr>
        <w:t>Entrega dos ejemplares y pide que te devuelvan uno con el sello o la firma de recibido y la fecha.</w:t>
      </w:r>
    </w:p>
    <w:p>
      <w:pPr>
        <w:pStyle w:val="ListBullet"/>
        <w:spacing w:after="80"/>
      </w:pPr>
      <w:r>
        <w:rPr>
          <w:sz w:val="20"/>
        </w:rPr>
        <w:t>Al cese: certificado de trabajo dentro de las 48 horas (tercera disposición del título VII, D.S. 001-96-TR) y beneficios sociales dentro de las 48 horas (D.S. 001-97-TR y D.S. 005-2002-TR).</w:t>
      </w:r>
    </w:p>
    <w:p>
      <w:pPr>
        <w:pStyle w:val="ListBullet"/>
        <w:spacing w:after="80"/>
      </w:pPr>
      <w:r>
        <w:rPr>
          <w:sz w:val="20"/>
        </w:rPr>
        <w:t>Consultas gratuitas: Sunafil, línea 0 800 16872. Liquidación gratuita de beneficios sociales: MTPE.</w:t>
      </w:r>
    </w:p>
    <w:p>
      <w:pPr>
        <w:spacing w:before="200"/>
      </w:pPr>
      <w:r>
        <w:rPr>
          <w:color w:val="64748B"/>
          <w:sz w:val="19"/>
        </w:rPr>
        <w:t>Última revisión: 2 de noviembre de 2026. Guía completa y fuentes oficiales: https://www.ofizio.eu/pe/carta-de-renuncia.html</w:t>
      </w:r>
    </w:p>
    <w:p>
      <w:r>
        <w:rPr>
          <w:color w:val="64748B"/>
          <w:sz w:val="19"/>
        </w:rPr>
        <w:t>Esta plantilla es orientativa y no sustituye la asesoría de un profesional. Para tu caso concreto, consulta gratis al Ministerio de Trabajo y Promoción del Empleo o a la Sunafil.</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sz w:val="22"/>
      <w:lang w:val="es-PE" w:eastAsia="es-P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de renuncia (Perú)</dc:title>
  <dc:subject>Plantilla laboral para Perú</dc:subject>
  <dc:creator>Ofizio</dc:creator>
  <cp:keywords/>
  <dc:description>Plantilla orientativa de www.ofizio.eu. Última revisión: 2 de noviembre de 2026.</dc:description>
  <cp:lastModifiedBy>Ofizio</cp:lastModifiedBy>
  <cp:revision>1</cp:revision>
  <dcterms:created xsi:type="dcterms:W3CDTF">2013-12-23T23:15:00Z</dcterms:created>
  <dcterms:modified xsi:type="dcterms:W3CDTF">2013-12-23T23:15:00Z</dcterms:modified>
  <cp:category/>
  <dc:language>es-PE</dc:language>
</cp:coreProperties>
</file>