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1E3A5F"/>
          <w:sz w:val="48"/>
        </w:rPr>
        <w:t>[Nombre y apellidos]</w:t>
      </w:r>
    </w:p>
    <w:p>
      <w:pPr>
        <w:spacing w:after="80"/>
      </w:pPr>
      <w:r>
        <w:rPr>
          <w:b w:val="0"/>
          <w:i w:val="0"/>
          <w:color w:val="444444"/>
          <w:sz w:val="26"/>
        </w:rPr>
        <w:t>[Puesto al que optas, tal y como aparece en la oferta]</w:t>
      </w:r>
    </w:p>
    <w:p>
      <w:pPr>
        <w:spacing w:after="120"/>
        <w:pBdr>
          <w:bottom w:val="single" w:sz="12" w:space="1" w:color="1E3A5F"/>
        </w:pBdr>
      </w:pPr>
      <w:r>
        <w:rPr>
          <w:b w:val="0"/>
          <w:i w:val="0"/>
          <w:color w:val="444444"/>
          <w:sz w:val="19"/>
        </w:rPr>
        <w:t>[Ciudad, estado]  ·  [Teléfono]  ·  [correo@dominio.com]  ·  [Perfil de LinkedIn o web profesional]</w:t>
      </w:r>
    </w:p>
    <w:p>
      <w:pPr>
        <w:spacing w:after="80" w:before="200"/>
        <w:pBdr>
          <w:bottom w:val="single" w:sz="8" w:space="1" w:color="1E3A5F"/>
        </w:pBdr>
      </w:pPr>
      <w:r>
        <w:rPr>
          <w:b/>
          <w:i w:val="0"/>
          <w:color w:val="1E3A5F"/>
          <w:sz w:val="23"/>
        </w:rPr>
        <w:t>PERFIL PROFESIONAL</w:t>
      </w:r>
    </w:p>
    <w:p>
      <w:pPr>
        <w:jc w:val="both"/>
      </w:pPr>
      <w:r>
        <w:rPr>
          <w:b w:val="0"/>
          <w:i w:val="0"/>
        </w:rPr>
        <w:t>[Tres o cuatro líneas: quién eres, cuántos años de experiencia tienes, en qué te has especializado y qué aportas a este puesto en concreto. Reescríbelo para cada oferta con las palabras que usa el anuncio.]</w:t>
      </w:r>
    </w:p>
    <w:p>
      <w:pPr>
        <w:spacing w:after="80" w:before="200"/>
        <w:pBdr>
          <w:bottom w:val="single" w:sz="8" w:space="1" w:color="1E3A5F"/>
        </w:pBdr>
      </w:pPr>
      <w:r>
        <w:rPr>
          <w:b/>
          <w:i w:val="0"/>
          <w:color w:val="1E3A5F"/>
          <w:sz w:val="23"/>
        </w:rPr>
        <w:t>EXPERIENCIA PROFESIONAL</w:t>
      </w:r>
    </w:p>
    <w:p>
      <w:pPr>
        <w:spacing w:before="120" w:after="0"/>
      </w:pPr>
      <w:r>
        <w:rPr>
          <w:b/>
        </w:rPr>
        <w:t>[Puesto] — [Empresa], [Ciudad]</w:t>
      </w:r>
    </w:p>
    <w:p>
      <w:pPr>
        <w:spacing w:after="40"/>
      </w:pPr>
      <w:r>
        <w:rPr>
          <w:b w:val="0"/>
          <w:i/>
          <w:color w:val="555555"/>
        </w:rPr>
        <w:t>[Mes y año de inicio] – [Mes y año de fin o «Actualidad»]</w:t>
      </w:r>
    </w:p>
    <w:p>
      <w:pPr>
        <w:pStyle w:val="ListBullet"/>
        <w:spacing w:after="40"/>
      </w:pPr>
      <w:r>
        <w:t>[Logro o responsabilidad principal, empezando por un verbo: qué hiciste, con qué medios y con qué resultado]</w:t>
      </w:r>
    </w:p>
    <w:p>
      <w:pPr>
        <w:pStyle w:val="ListBullet"/>
        <w:spacing w:after="40"/>
      </w:pPr>
      <w:r>
        <w:t>[Segundo logro con un dato comprobable: volumen, plazo, número de clientes, equipos a tu cargo…]</w:t>
      </w:r>
    </w:p>
    <w:p>
      <w:pPr>
        <w:pStyle w:val="ListBullet"/>
        <w:spacing w:after="40"/>
      </w:pPr>
      <w:r>
        <w:t>[Tercera tarea relevante para la oferta a la que te presentas]</w:t>
      </w:r>
    </w:p>
    <w:p>
      <w:pPr>
        <w:spacing w:before="120" w:after="0"/>
      </w:pPr>
      <w:r>
        <w:rPr>
          <w:b/>
        </w:rPr>
        <w:t>[Puesto] — [Empresa], [Ciudad]</w:t>
      </w:r>
    </w:p>
    <w:p>
      <w:pPr>
        <w:spacing w:after="40"/>
      </w:pPr>
      <w:r>
        <w:rPr>
          <w:b w:val="0"/>
          <w:i/>
          <w:color w:val="555555"/>
        </w:rPr>
        <w:t>[Mes y año de inicio] – [Mes y año de fin o «Actualidad»]</w:t>
      </w:r>
    </w:p>
    <w:p>
      <w:pPr>
        <w:pStyle w:val="ListBullet"/>
        <w:spacing w:after="40"/>
      </w:pPr>
      <w:r>
        <w:t>[Logro o responsabilidad principal, empezando por un verbo: qué hiciste, con qué medios y con qué resultado]</w:t>
      </w:r>
    </w:p>
    <w:p>
      <w:pPr>
        <w:pStyle w:val="ListBullet"/>
        <w:spacing w:after="40"/>
      </w:pPr>
      <w:r>
        <w:t>[Segundo logro con un dato comprobable: volumen, plazo, número de clientes, equipos a tu cargo…]</w:t>
      </w:r>
    </w:p>
    <w:p>
      <w:pPr>
        <w:pStyle w:val="ListBullet"/>
        <w:spacing w:after="40"/>
      </w:pPr>
      <w:r>
        <w:t>[Tercera tarea relevante para la oferta a la que te presentas]</w:t>
      </w:r>
    </w:p>
    <w:p>
      <w:pPr>
        <w:spacing w:after="80" w:before="200"/>
        <w:pBdr>
          <w:bottom w:val="single" w:sz="8" w:space="1" w:color="1E3A5F"/>
        </w:pBdr>
      </w:pPr>
      <w:r>
        <w:rPr>
          <w:b/>
          <w:i w:val="0"/>
          <w:color w:val="1E3A5F"/>
          <w:sz w:val="23"/>
        </w:rPr>
        <w:t>FORMACIÓN ACADÉMICA</w:t>
      </w:r>
    </w:p>
    <w:p>
      <w:r>
        <w:rPr>
          <w:b/>
        </w:rPr>
        <w:t>[Licenciatura, carrera técnica o certificado] – [Institución], [Año de egreso] · Cédula profesional: [número, si tu profesión la requiere]</w:t>
      </w:r>
      <w:r>
        <w:rPr>
          <w:b w:val="0"/>
        </w:rPr>
      </w:r>
    </w:p>
    <w:p>
      <w:r>
        <w:rPr>
          <w:b/>
        </w:rPr>
        <w:t>[Curso complementario relevante]</w:t>
      </w:r>
      <w:r>
        <w:rPr>
          <w:b w:val="0"/>
        </w:rPr>
        <w:t xml:space="preserve"> — [Entidad], [Número de horas], [Año]</w:t>
      </w:r>
    </w:p>
    <w:p>
      <w:pPr>
        <w:spacing w:after="80" w:before="200"/>
        <w:pBdr>
          <w:bottom w:val="single" w:sz="8" w:space="1" w:color="1E3A5F"/>
        </w:pBdr>
      </w:pPr>
      <w:r>
        <w:rPr>
          <w:b/>
          <w:i w:val="0"/>
          <w:color w:val="1E3A5F"/>
          <w:sz w:val="23"/>
        </w:rPr>
        <w:t>COMPETENCIAS</w:t>
      </w:r>
    </w:p>
    <w:p>
      <w:r>
        <w:rPr>
          <w:b/>
        </w:rPr>
        <w:t xml:space="preserve">Técnicas: </w:t>
      </w:r>
      <w:r>
        <w:rPr>
          <w:b w:val="0"/>
        </w:rPr>
        <w:t>[Programas, herramientas, maquinaria o normativa que dominas, separados por comas]</w:t>
      </w:r>
    </w:p>
    <w:p>
      <w:r>
        <w:rPr>
          <w:b/>
        </w:rPr>
        <w:t xml:space="preserve">Personales: </w:t>
      </w:r>
      <w:r>
        <w:rPr>
          <w:b w:val="0"/>
        </w:rPr>
        <w:t>[Dos o tres competencias que puedas demostrar con un ejemplo de tu experiencia]</w:t>
      </w:r>
    </w:p>
    <w:p>
      <w:pPr>
        <w:spacing w:after="80" w:before="200"/>
        <w:pBdr>
          <w:bottom w:val="single" w:sz="8" w:space="1" w:color="1E3A5F"/>
        </w:pBdr>
      </w:pPr>
      <w:r>
        <w:rPr>
          <w:b/>
          <w:i w:val="0"/>
          <w:color w:val="1E3A5F"/>
          <w:sz w:val="23"/>
        </w:rPr>
        <w:t>IDIOMAS</w:t>
      </w:r>
    </w:p>
    <w:p>
      <w:pPr>
        <w:pStyle w:val="ListBullet"/>
        <w:spacing w:after="40"/>
      </w:pPr>
      <w:r>
        <w:t>[Idioma]: [nivel (básico, intermedio, avanzado) o certificación obtenida y su resultado]</w:t>
      </w:r>
    </w:p>
    <w:p>
      <w:pPr>
        <w:pStyle w:val="ListBullet"/>
        <w:spacing w:after="40"/>
      </w:pPr>
      <w:r>
        <w:t>[Idioma]: [nivel]</w:t>
      </w:r>
    </w:p>
    <w:p>
      <w:pPr>
        <w:spacing w:after="80" w:before="200"/>
        <w:pBdr>
          <w:bottom w:val="single" w:sz="8" w:space="1" w:color="1E3A5F"/>
        </w:pBdr>
      </w:pPr>
      <w:r>
        <w:rPr>
          <w:b/>
          <w:i w:val="0"/>
          <w:color w:val="1E3A5F"/>
          <w:sz w:val="23"/>
        </w:rPr>
        <w:t>OTROS DATOS</w:t>
      </w:r>
    </w:p>
    <w:p>
      <w:r>
        <w:rPr>
          <w:b w:val="0"/>
          <w:i w:val="0"/>
        </w:rPr>
        <w:t>[Licencia de manejo y vehículo propio, disponibilidad para viajar o para cambiar de residencia, disponibilidad de horario o de turnos, voluntariado relacionado con el puesto]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4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CV moderno (México)</dc:title>
  <dc:subject/>
  <dc:creator>Ofizio</dc:creator>
  <cp:keywords/>
  <dc:description>Plantilla del Kit CV y carta de presentación de ofizio.eu. Sustituye los textos entre corchetes.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