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  <w:color w:val="64748B"/>
          <w:sz w:val="18"/>
        </w:rPr>
        <w:t>Modelo 1: firma un jefe o la empresa (borra esta línea)</w:t>
      </w:r>
    </w:p>
    <w:p>
      <w:r>
        <w:rPr>
          <w:highlight w:val="yellow"/>
        </w:rPr>
        <w:t>[Ciudad, estado]</w:t>
      </w:r>
      <w:r>
        <w:rPr/>
        <w:t xml:space="preserve">, a </w:t>
      </w:r>
      <w:r>
        <w:rPr>
          <w:highlight w:val="yellow"/>
        </w:rPr>
        <w:t>[día]</w:t>
      </w:r>
      <w:r>
        <w:rPr/>
        <w:t xml:space="preserve"> de </w:t>
      </w:r>
      <w:r>
        <w:rPr>
          <w:highlight w:val="yellow"/>
        </w:rPr>
        <w:t>[mes]</w:t>
      </w:r>
      <w:r>
        <w:rPr/>
        <w:t xml:space="preserve"> de </w:t>
      </w:r>
      <w:r>
        <w:rPr>
          <w:highlight w:val="yellow"/>
        </w:rPr>
        <w:t>[año]</w:t>
      </w:r>
    </w:p>
    <w:p>
      <w:r>
        <w:rPr/>
        <w:t>A quien corresponda:</w:t>
      </w:r>
    </w:p>
    <w:p>
      <w:r>
        <w:rPr/>
        <w:t xml:space="preserve">Por medio de la presente, yo, </w:t>
      </w:r>
      <w:r>
        <w:rPr>
          <w:highlight w:val="yellow"/>
        </w:rPr>
        <w:t>[nombre de quien firma]</w:t>
      </w:r>
      <w:r>
        <w:rPr/>
        <w:t xml:space="preserve">, </w:t>
      </w:r>
      <w:r>
        <w:rPr>
          <w:highlight w:val="yellow"/>
        </w:rPr>
        <w:t>[puesto de quien firma]</w:t>
      </w:r>
      <w:r>
        <w:rPr/>
        <w:t xml:space="preserve"> en </w:t>
      </w:r>
      <w:r>
        <w:rPr>
          <w:highlight w:val="yellow"/>
        </w:rPr>
        <w:t>[nombre o razón social de la empresa]</w:t>
      </w:r>
      <w:r>
        <w:rPr/>
        <w:t xml:space="preserve">, recomiendo a </w:t>
      </w:r>
      <w:r>
        <w:rPr>
          <w:highlight w:val="yellow"/>
        </w:rPr>
        <w:t>[nombre de la persona recomendada]</w:t>
      </w:r>
      <w:r>
        <w:rPr/>
        <w:t xml:space="preserve">, quien trabajó en esta empresa como </w:t>
      </w:r>
      <w:r>
        <w:rPr>
          <w:highlight w:val="yellow"/>
        </w:rPr>
        <w:t>[puesto]</w:t>
      </w:r>
      <w:r>
        <w:rPr/>
        <w:t xml:space="preserve"> del </w:t>
      </w:r>
      <w:r>
        <w:rPr>
          <w:highlight w:val="yellow"/>
        </w:rPr>
        <w:t>[fecha de inicio]</w:t>
      </w:r>
      <w:r>
        <w:rPr/>
        <w:t xml:space="preserve"> al </w:t>
      </w:r>
      <w:r>
        <w:rPr>
          <w:highlight w:val="yellow"/>
        </w:rPr>
        <w:t>[fecha de término o «la fecha»]</w:t>
      </w:r>
      <w:r>
        <w:rPr/>
        <w:t>.</w:t>
      </w:r>
    </w:p>
    <w:p>
      <w:r>
        <w:rPr/>
        <w:t xml:space="preserve">Durante ese tiempo se encargó de </w:t>
      </w:r>
      <w:r>
        <w:rPr>
          <w:highlight w:val="yellow"/>
        </w:rPr>
        <w:t>[dos o tres funciones principales]</w:t>
      </w:r>
      <w:r>
        <w:rPr/>
        <w:t xml:space="preserve">. Destaco en especial </w:t>
      </w:r>
      <w:r>
        <w:rPr>
          <w:highlight w:val="yellow"/>
        </w:rPr>
        <w:t>[logro o resultado que se pueda comprobar]</w:t>
      </w:r>
      <w:r>
        <w:rPr/>
        <w:t xml:space="preserve"> y su </w:t>
      </w:r>
      <w:r>
        <w:rPr>
          <w:highlight w:val="yellow"/>
        </w:rPr>
        <w:t>[cualidad relacionada con el trabajo: puntualidad, trato con clientes, manejo de equipo]</w:t>
      </w:r>
      <w:r>
        <w:rPr/>
        <w:t>.</w:t>
      </w:r>
    </w:p>
    <w:p>
      <w:r>
        <w:rPr/>
        <w:t xml:space="preserve">Por lo anterior, </w:t>
      </w:r>
      <w:r>
        <w:rPr>
          <w:highlight w:val="yellow"/>
        </w:rPr>
        <w:t>[la o lo]</w:t>
      </w:r>
      <w:r>
        <w:rPr/>
        <w:t xml:space="preserve"> recomiendo para puestos de </w:t>
      </w:r>
      <w:r>
        <w:rPr>
          <w:highlight w:val="yellow"/>
        </w:rPr>
        <w:t>[tipo de puesto o área]</w:t>
      </w:r>
      <w:r>
        <w:rPr/>
        <w:t xml:space="preserve">. Para cualquier aclaración, quedo a sus órdenes en </w:t>
      </w:r>
      <w:r>
        <w:rPr>
          <w:highlight w:val="yellow"/>
        </w:rPr>
        <w:t>[teléfono]</w:t>
      </w:r>
      <w:r>
        <w:rPr/>
        <w:t xml:space="preserve"> o en </w:t>
      </w:r>
      <w:r>
        <w:rPr>
          <w:highlight w:val="yellow"/>
        </w:rPr>
        <w:t>[correo electrónico]</w:t>
      </w:r>
      <w:r>
        <w:rPr/>
        <w:t>.</w:t>
      </w:r>
    </w:p>
    <w:p>
      <w:r>
        <w:rPr/>
        <w:t>Atentamente,</w:t>
      </w:r>
    </w:p>
    <w:p>
      <w:pPr>
        <w:keepNext/>
        <w:spacing w:before="560" w:after="0"/>
      </w:pPr>
      <w:r>
        <w:rPr/>
        <w:t>_________________________</w:t>
      </w:r>
    </w:p>
    <w:p>
      <w:r>
        <w:rPr>
          <w:highlight w:val="yellow"/>
        </w:rPr>
        <w:t>[Nombre de quien firma]</w:t>
      </w:r>
    </w:p>
    <w:p>
      <w:r>
        <w:rPr>
          <w:highlight w:val="yellow"/>
        </w:rPr>
        <w:t>[Puesto]</w:t>
      </w:r>
      <w:r>
        <w:rPr/>
        <w:t xml:space="preserve"> · </w:t>
      </w:r>
      <w:r>
        <w:rPr>
          <w:highlight w:val="yellow"/>
        </w:rPr>
        <w:t>[Empresa]</w:t>
      </w:r>
    </w:p>
    <w:p>
      <w:pPr>
        <w:spacing w:after="0"/>
      </w:pPr>
      <w:r>
        <w:br w:type="page"/>
      </w:r>
    </w:p>
    <w:p>
      <w:r>
        <w:rPr>
          <w:i/>
          <w:color w:val="64748B"/>
          <w:sz w:val="18"/>
        </w:rPr>
        <w:t>Modelo 2: recomendación personal (borra esta línea)</w:t>
      </w:r>
    </w:p>
    <w:p>
      <w:r>
        <w:rPr>
          <w:highlight w:val="yellow"/>
        </w:rPr>
        <w:t>[Ciudad, estado]</w:t>
      </w:r>
      <w:r>
        <w:rPr/>
        <w:t xml:space="preserve">, a </w:t>
      </w:r>
      <w:r>
        <w:rPr>
          <w:highlight w:val="yellow"/>
        </w:rPr>
        <w:t>[día]</w:t>
      </w:r>
      <w:r>
        <w:rPr/>
        <w:t xml:space="preserve"> de </w:t>
      </w:r>
      <w:r>
        <w:rPr>
          <w:highlight w:val="yellow"/>
        </w:rPr>
        <w:t>[mes]</w:t>
      </w:r>
      <w:r>
        <w:rPr/>
        <w:t xml:space="preserve"> de </w:t>
      </w:r>
      <w:r>
        <w:rPr>
          <w:highlight w:val="yellow"/>
        </w:rPr>
        <w:t>[año]</w:t>
      </w:r>
    </w:p>
    <w:p>
      <w:r>
        <w:rPr/>
        <w:t>A quien corresponda:</w:t>
      </w:r>
    </w:p>
    <w:p>
      <w:r>
        <w:rPr/>
        <w:t xml:space="preserve">Yo, </w:t>
      </w:r>
      <w:r>
        <w:rPr>
          <w:highlight w:val="yellow"/>
        </w:rPr>
        <w:t>[nombre de quien firma]</w:t>
      </w:r>
      <w:r>
        <w:rPr/>
        <w:t xml:space="preserve">, de ocupación </w:t>
      </w:r>
      <w:r>
        <w:rPr>
          <w:highlight w:val="yellow"/>
        </w:rPr>
        <w:t>[ocupación]</w:t>
      </w:r>
      <w:r>
        <w:rPr/>
        <w:t xml:space="preserve">, conozco a </w:t>
      </w:r>
      <w:r>
        <w:rPr>
          <w:highlight w:val="yellow"/>
        </w:rPr>
        <w:t>[nombre de la persona recomendada]</w:t>
      </w:r>
      <w:r>
        <w:rPr/>
        <w:t xml:space="preserve"> desde hace </w:t>
      </w:r>
      <w:r>
        <w:rPr>
          <w:highlight w:val="yellow"/>
        </w:rPr>
        <w:t>[tiempo]</w:t>
      </w:r>
      <w:r>
        <w:rPr/>
        <w:t xml:space="preserve"> por </w:t>
      </w:r>
      <w:r>
        <w:rPr>
          <w:highlight w:val="yellow"/>
        </w:rPr>
        <w:t>[motivo: estudios, trabajo independiente, comunidad]</w:t>
      </w:r>
      <w:r>
        <w:rPr/>
        <w:t>.</w:t>
      </w:r>
    </w:p>
    <w:p>
      <w:r>
        <w:rPr/>
        <w:t xml:space="preserve">Me consta que es una persona </w:t>
      </w:r>
      <w:r>
        <w:rPr>
          <w:highlight w:val="yellow"/>
        </w:rPr>
        <w:t>[dos cualidades que hayas visto]</w:t>
      </w:r>
      <w:r>
        <w:rPr/>
        <w:t xml:space="preserve"> y puedo dar como ejemplo </w:t>
      </w:r>
      <w:r>
        <w:rPr>
          <w:highlight w:val="yellow"/>
        </w:rPr>
        <w:t>[hecho concreto]</w:t>
      </w:r>
      <w:r>
        <w:rPr/>
        <w:t xml:space="preserve">. Por ello, </w:t>
      </w:r>
      <w:r>
        <w:rPr>
          <w:highlight w:val="yellow"/>
        </w:rPr>
        <w:t>[la o lo]</w:t>
      </w:r>
      <w:r>
        <w:rPr/>
        <w:t xml:space="preserve"> recomiendo para </w:t>
      </w:r>
      <w:r>
        <w:rPr>
          <w:highlight w:val="yellow"/>
        </w:rPr>
        <w:t>[puesto o actividad]</w:t>
      </w:r>
      <w:r>
        <w:rPr/>
        <w:t>.</w:t>
      </w:r>
    </w:p>
    <w:p>
      <w:r>
        <w:rPr/>
        <w:t xml:space="preserve">Para cualquier aclaración, quedo a sus órdenes en </w:t>
      </w:r>
      <w:r>
        <w:rPr>
          <w:highlight w:val="yellow"/>
        </w:rPr>
        <w:t>[teléfono]</w:t>
      </w:r>
      <w:r>
        <w:rPr/>
        <w:t xml:space="preserve"> o en </w:t>
      </w:r>
      <w:r>
        <w:rPr>
          <w:highlight w:val="yellow"/>
        </w:rPr>
        <w:t>[correo electrónico]</w:t>
      </w:r>
      <w:r>
        <w:rPr/>
        <w:t>.</w:t>
      </w:r>
    </w:p>
    <w:p>
      <w:r>
        <w:rPr/>
        <w:t>Atentamente,</w:t>
      </w:r>
    </w:p>
    <w:p>
      <w:pPr>
        <w:keepNext/>
        <w:spacing w:before="560" w:after="0"/>
      </w:pPr>
      <w:r>
        <w:rPr/>
        <w:t>_________________________</w:t>
      </w:r>
    </w:p>
    <w:p>
      <w:r>
        <w:rPr>
          <w:highlight w:val="yellow"/>
        </w:rPr>
        <w:t>[Nombre de quien firma]</w:t>
      </w:r>
    </w:p>
    <w:p>
      <w:pPr>
        <w:spacing w:after="0"/>
      </w:pPr>
      <w:r>
        <w:br w:type="page"/>
      </w:r>
    </w:p>
    <w:p>
      <w:r>
        <w:rPr>
          <w:b/>
          <w:color w:val="1E3A5F"/>
          <w:sz w:val="26"/>
        </w:rPr>
        <w:t>Notas para usar esta plantilla</w:t>
      </w:r>
    </w:p>
    <w:p>
      <w:r>
        <w:rPr>
          <w:i/>
          <w:color w:val="64748B"/>
          <w:sz w:val="19"/>
        </w:rPr>
        <w:t>Borra esta página antes de imprimir o enviar la carta.</w:t>
      </w:r>
    </w:p>
    <w:p>
      <w:pPr>
        <w:pStyle w:val="ListBullet"/>
        <w:spacing w:after="80"/>
      </w:pPr>
      <w:r>
        <w:rPr>
          <w:sz w:val="20"/>
        </w:rPr>
        <w:t>Sustituye los huecos en amarillo y quita el resaltado. Quien firma debe poder confirmar todo lo que dice la carta.</w:t>
      </w:r>
    </w:p>
    <w:p>
      <w:pPr>
        <w:pStyle w:val="ListBullet"/>
        <w:spacing w:after="80"/>
      </w:pPr>
      <w:r>
        <w:rPr>
          <w:sz w:val="20"/>
        </w:rPr>
        <w:t>La Ley Federal del Trabajo no obliga a dar una carta de recomendación. Sí obliga a expedir, en tres días, una constancia escrita de servicios a quien la solicite o se separe de la empresa (art. 132 fr. VIII).</w:t>
      </w:r>
    </w:p>
    <w:p>
      <w:pPr>
        <w:pStyle w:val="ListBullet"/>
        <w:spacing w:after="80"/>
      </w:pPr>
      <w:r>
        <w:rPr>
          <w:sz w:val="20"/>
        </w:rPr>
        <w:t>Engañar al patrón con certificados falsos o referencias que atribuyan capacidades de las que se carece es causa de rescisión; deja de tener efecto después de treinta días de prestar servicios (art. 47 fr. I).</w:t>
      </w:r>
    </w:p>
    <w:p>
      <w:pPr>
        <w:pStyle w:val="ListBullet"/>
        <w:spacing w:after="80"/>
      </w:pPr>
      <w:r>
        <w:rPr>
          <w:sz w:val="20"/>
        </w:rPr>
        <w:t>No hace falta poner edad, estado civil, religión ni salud: son motivos por los que la ley prohíbe rechazar a alguien (art. 133 fr. I).</w:t>
      </w:r>
    </w:p>
    <w:p>
      <w:pPr>
        <w:pStyle w:val="ListBullet"/>
        <w:spacing w:after="80"/>
      </w:pPr>
      <w:r>
        <w:rPr>
          <w:sz w:val="20"/>
        </w:rPr>
        <w:t>Si hay un conflicto, la PROFEDET asesora y representa gratis a las personas trabajadoras (arts. 530 y 534 LFT): www.gob.mx/profedet</w:t>
      </w:r>
    </w:p>
    <w:p>
      <w:pPr>
        <w:spacing w:before="200"/>
      </w:pPr>
      <w:r>
        <w:rPr>
          <w:color w:val="64748B"/>
          <w:sz w:val="19"/>
        </w:rPr>
        <w:t>Última revisión: 2 de noviembre de 2026. Guía completa y fuentes oficiales: https://www.ofizio.eu/mx/carta-recomendacion-laboral.html</w:t>
      </w:r>
    </w:p>
    <w:p>
      <w:r>
        <w:rPr>
          <w:color w:val="64748B"/>
          <w:sz w:val="19"/>
        </w:rPr>
        <w:t>Esta plantilla es orientativa y no sustituye la asesoría de un profesional. Para tu caso concreto, la PROFEDET asesora gratis a las personas trabajadoras.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cs="Arial" w:eastAsia="Arial"/>
      <w:sz w:val="22"/>
      <w:lang w:val="es-MX" w:eastAsia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recomendación laboral (México)</dc:title>
  <dc:subject>Plantilla laboral para México</dc:subject>
  <dc:creator>Ofizio</dc:creator>
  <cp:keywords/>
  <dc:description>Plantilla orientativa de www.ofizio.eu. Última revisión: 2 de noviembre de 2026.</dc:description>
  <cp:lastModifiedBy>Ofizio</cp:lastModifiedBy>
  <cp:revision>1</cp:revision>
  <dcterms:created xsi:type="dcterms:W3CDTF">2013-12-23T23:15:00Z</dcterms:created>
  <dcterms:modified xsi:type="dcterms:W3CDTF">2013-12-23T23:15:00Z</dcterms:modified>
  <cp:category/>
  <dc:language>es-MX</dc:language>
</cp:coreProperties>
</file>