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recomendación laboral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A quien interese:</w:t>
      </w:r>
    </w:p>
    <w:p>
      <w:r>
        <w:rPr/>
        <w:t xml:space="preserve">Por este medio, yo, </w:t>
      </w:r>
      <w:r>
        <w:rPr>
          <w:highlight w:val="yellow"/>
        </w:rPr>
        <w:t>[nombre de quien firma]</w:t>
      </w:r>
      <w:r>
        <w:rPr/>
        <w:t xml:space="preserve">, </w:t>
      </w:r>
      <w:r>
        <w:rPr>
          <w:highlight w:val="yellow"/>
        </w:rPr>
        <w:t>[puesto de quien firma]</w:t>
      </w:r>
      <w:r>
        <w:rPr/>
        <w:t xml:space="preserve"> en </w:t>
      </w:r>
      <w:r>
        <w:rPr>
          <w:highlight w:val="yellow"/>
        </w:rPr>
        <w:t>[nombre de la empresa]</w:t>
      </w:r>
      <w:r>
        <w:rPr/>
        <w:t xml:space="preserve">, recomiendo a </w:t>
      </w:r>
      <w:r>
        <w:rPr>
          <w:highlight w:val="yellow"/>
        </w:rPr>
        <w:t>[nombre de la persona recomendada]</w:t>
      </w:r>
      <w:r>
        <w:rPr/>
        <w:t xml:space="preserve">, quien trabajó en esta empresa como </w:t>
      </w:r>
      <w:r>
        <w:rPr>
          <w:highlight w:val="yellow"/>
        </w:rPr>
        <w:t>[puesto]</w:t>
      </w:r>
      <w:r>
        <w:rPr/>
        <w:t xml:space="preserve"> del </w:t>
      </w:r>
      <w:r>
        <w:rPr>
          <w:highlight w:val="yellow"/>
        </w:rPr>
        <w:t>[fecha de entrada]</w:t>
      </w:r>
      <w:r>
        <w:rPr/>
        <w:t xml:space="preserve"> al </w:t>
      </w:r>
      <w:r>
        <w:rPr>
          <w:highlight w:val="yellow"/>
        </w:rPr>
        <w:t>[fecha de salida o «la fecha»]</w:t>
      </w:r>
      <w:r>
        <w:rPr/>
        <w:t>.</w:t>
      </w:r>
    </w:p>
    <w:p>
      <w:r>
        <w:rPr/>
        <w:t xml:space="preserve">Durante ese tiempo se encargó de </w:t>
      </w:r>
      <w:r>
        <w:rPr>
          <w:highlight w:val="yellow"/>
        </w:rPr>
        <w:t>[dos o tres funciones principales]</w:t>
      </w:r>
      <w:r>
        <w:rPr/>
        <w:t xml:space="preserve">. Destaco en especial </w:t>
      </w:r>
      <w:r>
        <w:rPr>
          <w:highlight w:val="yellow"/>
        </w:rPr>
        <w:t>[logro o resultado que se pueda comprobar]</w:t>
      </w:r>
      <w:r>
        <w:rPr/>
        <w:t xml:space="preserve"> y su </w:t>
      </w:r>
      <w:r>
        <w:rPr>
          <w:highlight w:val="yellow"/>
        </w:rPr>
        <w:t>[cualidad relacionada con el trabajo: puntualidad, trato con clientes, manejo de equipo]</w:t>
      </w:r>
      <w:r>
        <w:rPr/>
        <w:t>.</w:t>
      </w:r>
    </w:p>
    <w:p>
      <w:r>
        <w:rPr/>
        <w:t xml:space="preserve">Por lo anterior, </w:t>
      </w:r>
      <w:r>
        <w:rPr>
          <w:highlight w:val="yellow"/>
        </w:rPr>
        <w:t>[la o lo]</w:t>
      </w:r>
      <w:r>
        <w:rPr/>
        <w:t xml:space="preserve"> recomiendo para puestos de </w:t>
      </w:r>
      <w:r>
        <w:rPr>
          <w:highlight w:val="yellow"/>
        </w:rPr>
        <w:t>[tipo de puesto o área]</w:t>
      </w:r>
      <w:r>
        <w:rPr/>
        <w:t xml:space="preserve">. Para cualquier aclaración, estoy a sus órdenes en </w:t>
      </w:r>
      <w:r>
        <w:rPr>
          <w:highlight w:val="yellow"/>
        </w:rPr>
        <w:t>[teléfono]</w:t>
      </w:r>
      <w:r>
        <w:rPr/>
        <w:t xml:space="preserve"> o en </w:t>
      </w:r>
      <w:r>
        <w:rPr>
          <w:highlight w:val="yellow"/>
        </w:rPr>
        <w:t>[correo electrónico]</w:t>
      </w:r>
      <w:r>
        <w:rPr/>
        <w:t>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de quien firma]</w:t>
      </w:r>
    </w:p>
    <w:p>
      <w:r>
        <w:rPr>
          <w:highlight w:val="yellow"/>
        </w:rPr>
        <w:t>[Puesto]</w:t>
      </w:r>
      <w:r>
        <w:rPr/>
        <w:t xml:space="preserve"> · </w:t>
      </w:r>
      <w:r>
        <w:rPr>
          <w:highlight w:val="yellow"/>
        </w:rPr>
        <w:t>[Empresa]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recomendación personal (borre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A quien interese:</w:t>
      </w:r>
    </w:p>
    <w:p>
      <w:r>
        <w:rPr/>
        <w:t xml:space="preserve">Yo, </w:t>
      </w:r>
      <w:r>
        <w:rPr>
          <w:highlight w:val="yellow"/>
        </w:rPr>
        <w:t>[nombre de quien firma]</w:t>
      </w:r>
      <w:r>
        <w:rPr/>
        <w:t xml:space="preserve">, de ocupación </w:t>
      </w:r>
      <w:r>
        <w:rPr>
          <w:highlight w:val="yellow"/>
        </w:rPr>
        <w:t>[ocupación]</w:t>
      </w:r>
      <w:r>
        <w:rPr/>
        <w:t xml:space="preserve">, conozco a </w:t>
      </w:r>
      <w:r>
        <w:rPr>
          <w:highlight w:val="yellow"/>
        </w:rPr>
        <w:t>[nombre de la persona recomendada]</w:t>
      </w:r>
      <w:r>
        <w:rPr/>
        <w:t xml:space="preserve"> desde hace </w:t>
      </w:r>
      <w:r>
        <w:rPr>
          <w:highlight w:val="yellow"/>
        </w:rPr>
        <w:t>[tiempo]</w:t>
      </w:r>
      <w:r>
        <w:rPr/>
        <w:t xml:space="preserve"> por </w:t>
      </w:r>
      <w:r>
        <w:rPr>
          <w:highlight w:val="yellow"/>
        </w:rPr>
        <w:t>[motivo: estudios, trabajo independiente, comunidad]</w:t>
      </w:r>
      <w:r>
        <w:rPr/>
        <w:t>.</w:t>
      </w:r>
    </w:p>
    <w:p>
      <w:r>
        <w:rPr/>
        <w:t xml:space="preserve">Me consta que es una persona </w:t>
      </w:r>
      <w:r>
        <w:rPr>
          <w:highlight w:val="yellow"/>
        </w:rPr>
        <w:t>[dos cualidades que haya visto]</w:t>
      </w:r>
      <w:r>
        <w:rPr/>
        <w:t xml:space="preserve"> y puedo dar como ejemplo </w:t>
      </w:r>
      <w:r>
        <w:rPr>
          <w:highlight w:val="yellow"/>
        </w:rPr>
        <w:t>[hecho concreto]</w:t>
      </w:r>
      <w:r>
        <w:rPr/>
        <w:t xml:space="preserve">. Por ello, </w:t>
      </w:r>
      <w:r>
        <w:rPr>
          <w:highlight w:val="yellow"/>
        </w:rPr>
        <w:t>[la o lo]</w:t>
      </w:r>
      <w:r>
        <w:rPr/>
        <w:t xml:space="preserve"> recomiendo para </w:t>
      </w:r>
      <w:r>
        <w:rPr>
          <w:highlight w:val="yellow"/>
        </w:rPr>
        <w:t>[puesto o actividad]</w:t>
      </w:r>
      <w:r>
        <w:rPr/>
        <w:t>.</w:t>
      </w:r>
    </w:p>
    <w:p>
      <w:r>
        <w:rPr/>
        <w:t xml:space="preserve">Para cualquier aclaración, estoy a sus órdenes en </w:t>
      </w:r>
      <w:r>
        <w:rPr>
          <w:highlight w:val="yellow"/>
        </w:rPr>
        <w:t>[teléfono]</w:t>
      </w:r>
      <w:r>
        <w:rPr/>
        <w:t xml:space="preserve"> o en </w:t>
      </w:r>
      <w:r>
        <w:rPr>
          <w:highlight w:val="yellow"/>
        </w:rPr>
        <w:t>[correo electrónico]</w:t>
      </w:r>
      <w:r>
        <w:rPr/>
        <w:t>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de quien firma]</w:t>
      </w:r>
    </w:p>
    <w:p>
      <w:r>
        <w:rPr/>
        <w:t xml:space="preserve">DPI: </w:t>
      </w:r>
      <w:r>
        <w:rPr>
          <w:highlight w:val="yellow"/>
        </w:rPr>
        <w:t>[número]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3: constancia del artículo 87 (borre esta línea)</w:t>
      </w:r>
    </w:p>
    <w:p>
      <w:pPr>
        <w:keepNext/>
        <w:spacing w:before="200" w:after="80"/>
      </w:pPr>
      <w:r>
        <w:rPr>
          <w:b/>
          <w:color w:val="1E3A5F"/>
        </w:rPr>
        <w:t>CONSTANCIA DE TRABAJO</w:t>
      </w:r>
    </w:p>
    <w:p>
      <w:r>
        <w:rPr>
          <w:highlight w:val="yellow"/>
        </w:rPr>
        <w:t>[Nombre o razón social del patrono]</w:t>
      </w:r>
      <w:r>
        <w:rPr/>
        <w:t xml:space="preserve">, con domicilio en </w:t>
      </w:r>
      <w:r>
        <w:rPr>
          <w:highlight w:val="yellow"/>
        </w:rPr>
        <w:t>[dirección]</w:t>
      </w:r>
      <w:r>
        <w:rPr/>
        <w:t xml:space="preserve">, hace constar, conforme al artículo 87 del Código de Trabajo, que </w:t>
      </w:r>
      <w:r>
        <w:rPr>
          <w:highlight w:val="yellow"/>
        </w:rPr>
        <w:t>[nombre del trabajador]</w:t>
      </w:r>
      <w:r>
        <w:rPr/>
        <w:t xml:space="preserve">, con DPI </w:t>
      </w:r>
      <w:r>
        <w:rPr>
          <w:highlight w:val="yellow"/>
        </w:rPr>
        <w:t>[número]</w:t>
      </w:r>
      <w:r>
        <w:rPr/>
        <w:t>, le prestó sus servicios: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703"/>
        <w:gridCol w:w="4703"/>
      </w:tblGrid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 de entrada: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[fecha]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 de salida: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[fecha]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Clase de trabajo ejecutado: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 o labores]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Salario ordinario del último período de pago: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</w:rPr>
              <w:t>Q</w:t>
            </w:r>
            <w:r>
              <w:rPr>
                <w:sz w:val="20"/>
                <w:highlight w:val="yellow"/>
              </w:rPr>
              <w:t>[monto]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Salario extraordinario del último período de pago: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</w:rPr>
              <w:t>Q</w:t>
            </w:r>
            <w:r>
              <w:rPr>
                <w:sz w:val="20"/>
                <w:highlight w:val="yellow"/>
              </w:rPr>
              <w:t>[monto]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Manera como trabajó (solo si el trabajador lo desea):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[descripción]</w:t>
            </w:r>
          </w:p>
        </w:tc>
      </w:tr>
      <w:tr>
        <w:tc>
          <w:tcPr>
            <w:tcW w:type="dxa" w:w="3386"/>
          </w:tcPr>
          <w:p>
            <w:pPr>
              <w:spacing w:after="40" w:before="40"/>
            </w:pPr>
            <w:r>
              <w:rPr>
                <w:b/>
                <w:sz w:val="20"/>
              </w:rPr>
              <w:t>Causa de la terminación (solo si el trabajador lo desea):</w:t>
            </w:r>
          </w:p>
        </w:tc>
        <w:tc>
          <w:tcPr>
            <w:tcW w:type="dxa" w:w="6020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[causa]</w:t>
            </w:r>
          </w:p>
        </w:tc>
      </w:tr>
    </w:tbl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cargo de quien firma]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Borre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Sustituya los huecos en amarillo y quite el resaltado. Use solo el modelo que le corresponda y borre los demás.</w:t>
      </w:r>
    </w:p>
    <w:p>
      <w:pPr>
        <w:pStyle w:val="ListBullet"/>
        <w:spacing w:after="80"/>
      </w:pPr>
      <w:r>
        <w:rPr>
          <w:sz w:val="20"/>
        </w:rPr>
        <w:t>El Código de Trabajo no obliga a dar una carta de recomendación. Al terminar todo contrato, el patrono sí debe dar un documento con las fechas de entrada y salida, la clase de trabajo y el salario; si el trabajador lo desea, también la manera como trabajó y la causa de la terminación (art. 87).</w:t>
      </w:r>
    </w:p>
    <w:p>
      <w:pPr>
        <w:pStyle w:val="ListBullet"/>
        <w:spacing w:after="80"/>
      </w:pPr>
      <w:r>
        <w:rPr>
          <w:sz w:val="20"/>
        </w:rPr>
        <w:t>Presentar referencias o atestados cuya falsedad el patrono compruebe después es causa justa de despido (art. 77, inciso i).</w:t>
      </w:r>
    </w:p>
    <w:p>
      <w:pPr>
        <w:pStyle w:val="ListBullet"/>
        <w:spacing w:after="80"/>
      </w:pPr>
      <w:r>
        <w:rPr>
          <w:sz w:val="20"/>
        </w:rPr>
        <w:t>Se prohíbe discriminar para obtener empleo por sexo, raza, religión, credos políticos o situación económica, entre otros motivos (art. 137 bis).</w:t>
      </w:r>
    </w:p>
    <w:p>
      <w:pPr>
        <w:pStyle w:val="ListBullet"/>
        <w:spacing w:after="80"/>
      </w:pPr>
      <w:r>
        <w:rPr>
          <w:sz w:val="20"/>
        </w:rPr>
        <w:t>Consultas y denuncias: Inspección General de Trabajo del Ministerio de Trabajo y Previsión Social, línea 1511.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https://www.ofizio.eu/gt/carta-recomendacion-laboral.html</w:t>
      </w:r>
    </w:p>
    <w:p>
      <w:r>
        <w:rPr>
          <w:color w:val="64748B"/>
          <w:sz w:val="19"/>
        </w:rPr>
        <w:t>Esta plantilla es orientativa y no sustituye la asesoría de un profesional. Para su caso concreto, consulte a la Inspección General de Trabajo del Ministerio de Trabajo y Previsión Social.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GT" w:eastAsia="es-G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 (Guatemala)</dc:title>
  <dc:subject>Plantilla laboral para Guatemala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es-GT</dc:language>
</cp:coreProperties>
</file>