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748B"/>
          <w:sz w:val="18"/>
        </w:rPr>
        <w:t>Modelo 1: renuncia con aviso previo (borre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Señores</w:t>
      </w:r>
    </w:p>
    <w:p>
      <w:r>
        <w:rPr>
          <w:highlight w:val="yellow"/>
        </w:rPr>
        <w:t>[Nombre o razón social del patrono]</w:t>
      </w:r>
    </w:p>
    <w:p>
      <w:r>
        <w:rPr/>
        <w:t xml:space="preserve">Atención: </w:t>
      </w:r>
      <w:r>
        <w:rPr>
          <w:highlight w:val="yellow"/>
        </w:rPr>
        <w:t>[Recursos Humanos o nombre del jefe]</w:t>
      </w:r>
    </w:p>
    <w:p>
      <w:r>
        <w:rPr/>
        <w:t>Presente</w:t>
      </w:r>
    </w:p>
    <w:p>
      <w:r>
        <w:rPr/>
        <w:t>Estimados señores:</w:t>
      </w:r>
    </w:p>
    <w:p>
      <w:r>
        <w:rPr/>
        <w:t xml:space="preserve">Yo, </w:t>
      </w:r>
      <w:r>
        <w:rPr>
          <w:highlight w:val="yellow"/>
        </w:rPr>
        <w:t>[nombre completo]</w:t>
      </w:r>
      <w:r>
        <w:rPr/>
        <w:t xml:space="preserve">, con Documento Personal de Identificación (DPI) número </w:t>
      </w:r>
      <w:r>
        <w:rPr>
          <w:highlight w:val="yellow"/>
        </w:rPr>
        <w:t>[número]</w:t>
      </w:r>
      <w:r>
        <w:rPr/>
        <w:t xml:space="preserve">, </w:t>
      </w:r>
      <w:r>
        <w:rPr>
          <w:highlight w:val="yellow"/>
        </w:rPr>
        <w:t>[puesto]</w:t>
      </w:r>
      <w:r>
        <w:rPr/>
        <w:t xml:space="preserve"> en su empresa desde el </w:t>
      </w:r>
      <w:r>
        <w:rPr>
          <w:highlight w:val="yellow"/>
        </w:rPr>
        <w:t>[fecha de entrada]</w:t>
      </w:r>
      <w:r>
        <w:rPr/>
        <w:t>, les comunico mi decisión de dar por concluido mi contrato de trabajo por mi propia voluntad.</w:t>
      </w:r>
    </w:p>
    <w:p>
      <w:r>
        <w:rPr/>
        <w:t xml:space="preserve">De acuerdo con el artículo 83 del Código de Trabajo, doy aviso con </w:t>
      </w:r>
      <w:r>
        <w:rPr>
          <w:highlight w:val="yellow"/>
        </w:rPr>
        <w:t>[plazo que corresponda según la antigüedad o el contrato]</w:t>
      </w:r>
      <w:r>
        <w:rPr/>
        <w:t xml:space="preserve"> de anticipación. Mi último día de trabajo será el </w:t>
      </w:r>
      <w:r>
        <w:rPr>
          <w:highlight w:val="yellow"/>
        </w:rPr>
        <w:t>[fecha]</w:t>
      </w:r>
      <w:r>
        <w:rPr/>
        <w:t>.</w:t>
      </w:r>
    </w:p>
    <w:p>
      <w:r>
        <w:rPr/>
        <w:t>Les solicito el pago de las prestaciones que me corresponden y el documento a que se refiere el artículo 87 del mismo código.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completo]</w:t>
      </w:r>
    </w:p>
    <w:p>
      <w:r>
        <w:rPr/>
        <w:t xml:space="preserve">DPI: </w:t>
      </w:r>
      <w:r>
        <w:rPr>
          <w:highlight w:val="yellow"/>
        </w:rPr>
        <w:t>[número]</w:t>
      </w:r>
    </w:p>
    <w:p>
      <w:r>
        <w:rPr>
          <w:highlight w:val="yellow"/>
        </w:rPr>
        <w:t>[Teléfono]</w:t>
      </w:r>
      <w:r>
        <w:rPr/>
        <w:t xml:space="preserve"> · </w:t>
      </w:r>
      <w:r>
        <w:rPr>
          <w:highlight w:val="yellow"/>
        </w:rPr>
        <w:t>[Correo electrónico]</w:t>
      </w:r>
    </w:p>
    <w:p>
      <w:r>
        <w:rPr/>
        <w:t xml:space="preserve">Recibido por: </w:t>
      </w:r>
      <w:r>
        <w:rPr>
          <w:highlight w:val="yellow"/>
        </w:rPr>
        <w:t>[nombre y firma]</w:t>
      </w:r>
      <w:r>
        <w:rPr/>
        <w:t xml:space="preserve">. Fecha: </w:t>
      </w:r>
      <w:r>
        <w:rPr>
          <w:highlight w:val="yellow"/>
        </w:rPr>
        <w:t>[fecha]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2: terminación por causa imputable al patrono (borre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Señores</w:t>
      </w:r>
    </w:p>
    <w:p>
      <w:r>
        <w:rPr>
          <w:highlight w:val="yellow"/>
        </w:rPr>
        <w:t>[Nombre o razón social del patrono]</w:t>
      </w:r>
    </w:p>
    <w:p>
      <w:r>
        <w:rPr/>
        <w:t xml:space="preserve">Atención: </w:t>
      </w:r>
      <w:r>
        <w:rPr>
          <w:highlight w:val="yellow"/>
        </w:rPr>
        <w:t>[representante legal o Recursos Humanos]</w:t>
      </w:r>
    </w:p>
    <w:p>
      <w:r>
        <w:rPr/>
        <w:t>Presente</w:t>
      </w:r>
    </w:p>
    <w:p>
      <w:r>
        <w:rPr/>
        <w:t>Estimados señores:</w:t>
      </w:r>
    </w:p>
    <w:p>
      <w:r>
        <w:rPr/>
        <w:t xml:space="preserve">Yo, </w:t>
      </w:r>
      <w:r>
        <w:rPr>
          <w:highlight w:val="yellow"/>
        </w:rPr>
        <w:t>[nombre completo]</w:t>
      </w:r>
      <w:r>
        <w:rPr/>
        <w:t xml:space="preserve">, con Documento Personal de Identificación (DPI) número </w:t>
      </w:r>
      <w:r>
        <w:rPr>
          <w:highlight w:val="yellow"/>
        </w:rPr>
        <w:t>[número]</w:t>
      </w:r>
      <w:r>
        <w:rPr/>
        <w:t xml:space="preserve">, </w:t>
      </w:r>
      <w:r>
        <w:rPr>
          <w:highlight w:val="yellow"/>
        </w:rPr>
        <w:t>[puesto]</w:t>
      </w:r>
      <w:r>
        <w:rPr/>
        <w:t xml:space="preserve"> en su empresa desde el </w:t>
      </w:r>
      <w:r>
        <w:rPr>
          <w:highlight w:val="yellow"/>
        </w:rPr>
        <w:t>[fecha de entrada]</w:t>
      </w:r>
      <w:r>
        <w:rPr/>
        <w:t xml:space="preserve">, les comunico que doy por terminado mi contrato de trabajo por la causa prevista en el inciso </w:t>
      </w:r>
      <w:r>
        <w:rPr>
          <w:highlight w:val="yellow"/>
        </w:rPr>
        <w:t>[letra]</w:t>
      </w:r>
      <w:r>
        <w:rPr/>
        <w:t xml:space="preserve"> del artículo 79 del Código de Trabajo.</w:t>
      </w:r>
    </w:p>
    <w:p>
      <w:r>
        <w:rPr/>
        <w:t xml:space="preserve">Los hechos son los siguientes: </w:t>
      </w:r>
      <w:r>
        <w:rPr>
          <w:highlight w:val="yellow"/>
        </w:rPr>
        <w:t>[describa qué ocurrió, cuándo y qué pruebas tiene]</w:t>
      </w:r>
      <w:r>
        <w:rPr/>
        <w:t>.</w:t>
      </w:r>
    </w:p>
    <w:p>
      <w:r>
        <w:rPr/>
        <w:t>Esta terminación surte efecto a partir de hoy, conforme al artículo 80 del mismo código. Les solicito el pago de las prestaciones e indemnización que me corresponden.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completo]</w:t>
      </w:r>
    </w:p>
    <w:p>
      <w:r>
        <w:rPr/>
        <w:t xml:space="preserve">DPI: </w:t>
      </w:r>
      <w:r>
        <w:rPr>
          <w:highlight w:val="yellow"/>
        </w:rPr>
        <w:t>[número]</w:t>
      </w:r>
    </w:p>
    <w:p>
      <w:r>
        <w:rPr>
          <w:highlight w:val="yellow"/>
        </w:rPr>
        <w:t>[Teléfono]</w:t>
      </w:r>
      <w:r>
        <w:rPr/>
        <w:t xml:space="preserve"> · </w:t>
      </w:r>
      <w:r>
        <w:rPr>
          <w:highlight w:val="yellow"/>
        </w:rPr>
        <w:t>[Correo electrónico]</w:t>
      </w:r>
    </w:p>
    <w:p>
      <w:r>
        <w:rPr/>
        <w:t xml:space="preserve">Recibido por: </w:t>
      </w:r>
      <w:r>
        <w:rPr>
          <w:highlight w:val="yellow"/>
        </w:rPr>
        <w:t>[nombre y firma]</w:t>
      </w:r>
      <w:r>
        <w:rPr/>
        <w:t xml:space="preserve">. Fecha: </w:t>
      </w:r>
      <w:r>
        <w:rPr>
          <w:highlight w:val="yellow"/>
        </w:rPr>
        <w:t>[fecha]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Borre esta página antes de imprimir o enviar la carta.</w:t>
      </w:r>
    </w:p>
    <w:p>
      <w:pPr>
        <w:pStyle w:val="ListBullet"/>
        <w:spacing w:after="80"/>
      </w:pPr>
      <w:r>
        <w:rPr>
          <w:sz w:val="20"/>
        </w:rPr>
        <w:t>Sustituya los huecos en amarillo y quite el resaltado. Use solo el modelo que le corresponda y borre el otro.</w:t>
      </w:r>
    </w:p>
    <w:p>
      <w:pPr>
        <w:pStyle w:val="ListBullet"/>
        <w:spacing w:after="80"/>
      </w:pPr>
      <w:r>
        <w:rPr>
          <w:sz w:val="20"/>
        </w:rPr>
        <w:t>Aviso previo, si el contrato no estipula otra cosa: una semana antes de seis meses; diez días hasta un año; dos semanas hasta cinco años; un mes después de cinco años (art. 83 del Código de Trabajo). Siempre por escrito.</w:t>
      </w:r>
    </w:p>
    <w:p>
      <w:pPr>
        <w:pStyle w:val="ListBullet"/>
        <w:spacing w:after="80"/>
      </w:pPr>
      <w:r>
        <w:rPr>
          <w:sz w:val="20"/>
        </w:rPr>
        <w:t>Período de prueba: los dos primeros meses, salvo que se pacte menos; cualquiera de las partes puede terminar sin responsabilidad (art. 81).</w:t>
      </w:r>
    </w:p>
    <w:p>
      <w:pPr>
        <w:pStyle w:val="ListBullet"/>
        <w:spacing w:after="80"/>
      </w:pPr>
      <w:r>
        <w:rPr>
          <w:sz w:val="20"/>
        </w:rPr>
        <w:t>Despido indirecto (art. 79): surte efecto al comunicarlo (art. 80); tiene veinte días hábiles desde que el patrono dio el motivo (art. 261). Consulte antes de firmar.</w:t>
      </w:r>
    </w:p>
    <w:p>
      <w:pPr>
        <w:pStyle w:val="ListBullet"/>
        <w:spacing w:after="80"/>
      </w:pPr>
      <w:r>
        <w:rPr>
          <w:sz w:val="20"/>
        </w:rPr>
        <w:t>Al salir: aguinaldo proporcional (art. 5, Decreto 76-78), Bono 14 proporcional (art. 3, Decreto 42-92), vacaciones (art. 133) y el documento del art. 87.</w:t>
      </w:r>
    </w:p>
    <w:p>
      <w:pPr>
        <w:pStyle w:val="ListBullet"/>
        <w:spacing w:after="80"/>
      </w:pPr>
      <w:r>
        <w:rPr>
          <w:sz w:val="20"/>
        </w:rPr>
        <w:t>Consultas y denuncias: Inspección General de Trabajo del Ministerio de Trabajo y Previsión Social, línea 1511.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https://www.ofizio.eu/gt/carta-de-renuncia.html</w:t>
      </w:r>
    </w:p>
    <w:p>
      <w:r>
        <w:rPr>
          <w:color w:val="64748B"/>
          <w:sz w:val="19"/>
        </w:rPr>
        <w:t>Esta plantilla es orientativa y no sustituye la asesoría de un profesional. Para su caso concreto, consulte a la Inspección General de Trabajo del Ministerio de Trabajo y Previsión Social.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2"/>
      <w:lang w:val="es-GT" w:eastAsia="es-G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 (Guatemala)</dc:title>
  <dc:subject>Plantilla laboral para Guatemala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es-GT</dc:language>
</cp:coreProperties>
</file>