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INFORME DE ACTIVIDADES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rPr>
                <w:b/>
              </w:rPr>
              <w:t>Dato</w:t>
            </w:r>
          </w:p>
        </w:tc>
        <w:tc>
          <w:tcPr>
            <w:tcW w:type="dxa" w:w="4759"/>
          </w:tcPr>
          <w:p>
            <w:r/>
            <w:r>
              <w:rPr>
                <w:b/>
              </w:rPr>
              <w:t>Valor</w:t>
            </w:r>
          </w:p>
        </w:tc>
      </w:tr>
      <w:tr>
        <w:tc>
          <w:tcPr>
            <w:tcW w:type="dxa" w:w="4759"/>
          </w:tcPr>
          <w:p>
            <w:r>
              <w:t>Periodo</w:t>
            </w:r>
          </w:p>
        </w:tc>
        <w:tc>
          <w:tcPr>
            <w:tcW w:type="dxa" w:w="4759"/>
          </w:tcPr>
          <w:p>
            <w:r>
              <w:t>[del dd/mm/aaaa al dd/mm/aaaa]</w:t>
            </w:r>
          </w:p>
        </w:tc>
      </w:tr>
      <w:tr>
        <w:tc>
          <w:tcPr>
            <w:tcW w:type="dxa" w:w="4759"/>
          </w:tcPr>
          <w:p>
            <w:r>
              <w:t>Área, proyecto o persona</w:t>
            </w:r>
          </w:p>
        </w:tc>
        <w:tc>
          <w:tcPr>
            <w:tcW w:type="dxa" w:w="4759"/>
          </w:tcPr>
          <w:p>
            <w:r>
              <w:t>[ ]</w:t>
            </w:r>
          </w:p>
        </w:tc>
      </w:tr>
      <w:tr>
        <w:tc>
          <w:tcPr>
            <w:tcW w:type="dxa" w:w="4759"/>
          </w:tcPr>
          <w:p>
            <w:r>
              <w:t>Elaborado por</w:t>
            </w:r>
          </w:p>
        </w:tc>
        <w:tc>
          <w:tcPr>
            <w:tcW w:type="dxa" w:w="4759"/>
          </w:tcPr>
          <w:p>
            <w:r>
              <w:t>[nombre y cargo]</w:t>
            </w:r>
          </w:p>
        </w:tc>
      </w:tr>
      <w:tr>
        <w:tc>
          <w:tcPr>
            <w:tcW w:type="dxa" w:w="4759"/>
          </w:tcPr>
          <w:p>
            <w:r>
              <w:t>Destinatario</w:t>
            </w:r>
          </w:p>
        </w:tc>
        <w:tc>
          <w:tcPr>
            <w:tcW w:type="dxa" w:w="4759"/>
          </w:tcPr>
          <w:p>
            <w:r>
              <w:t>[nombre y cargo]</w:t>
            </w:r>
          </w:p>
        </w:tc>
      </w:tr>
      <w:tr>
        <w:tc>
          <w:tcPr>
            <w:tcW w:type="dxa" w:w="4759"/>
          </w:tcPr>
          <w:p>
            <w:r>
              <w:t>Fecha de entrega</w:t>
            </w:r>
          </w:p>
        </w:tc>
        <w:tc>
          <w:tcPr>
            <w:tcW w:type="dxa" w:w="4759"/>
          </w:tcPr>
          <w:p>
            <w:r>
              <w:t>[ ]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1. RESUMEN EJECUTIVO</w:t>
      </w:r>
    </w:p>
    <w:p>
      <w:r>
        <w:rPr>
          <w:b w:val="0"/>
          <w:i w:val="0"/>
        </w:rPr>
        <w:t>[Tres a cinco líneas: qué se hizo en el periodo, qué se consiguió frente a lo previsto, qué incidencia relevante hubo y qué decisión se pide al destinatario, si alguna.]</w:t>
      </w:r>
    </w:p>
    <w:p>
      <w:pPr>
        <w:spacing w:before="200"/>
      </w:pPr>
      <w:r>
        <w:rPr>
          <w:b/>
          <w:color w:val="1E3A5F"/>
        </w:rPr>
        <w:t>2. OBJETIVOS DEL PERIODO</w:t>
      </w:r>
    </w:p>
    <w:p>
      <w:pPr>
        <w:pStyle w:val="ListBullet"/>
      </w:pPr>
      <w:r>
        <w:rPr>
          <w:b w:val="0"/>
        </w:rPr>
        <w:t>[Objetivo 1, con su indicador y meta]</w:t>
      </w:r>
    </w:p>
    <w:p>
      <w:pPr>
        <w:pStyle w:val="ListBullet"/>
      </w:pPr>
      <w:r>
        <w:rPr>
          <w:b w:val="0"/>
        </w:rPr>
        <w:t>[Objetivo 2]</w:t>
      </w:r>
    </w:p>
    <w:p>
      <w:pPr>
        <w:pStyle w:val="ListBullet"/>
      </w:pPr>
      <w:r>
        <w:rPr>
          <w:b w:val="0"/>
        </w:rPr>
        <w:t>[Objetivo 3]</w:t>
      </w:r>
    </w:p>
    <w:p>
      <w:pPr>
        <w:spacing w:before="200"/>
      </w:pPr>
      <w:r>
        <w:rPr>
          <w:b/>
          <w:color w:val="1E3A5F"/>
        </w:rPr>
        <w:t>3. ACTIVIDADES REALIZADAS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</w:tcPr>
          <w:p>
            <w:r/>
            <w:r>
              <w:rPr>
                <w:b/>
              </w:rPr>
              <w:t>Actividad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Fecha / duración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Responsable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Resultado (qué produjo)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Evidencia</w:t>
            </w:r>
          </w:p>
        </w:tc>
      </w:tr>
      <w:tr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[documento, registro, acta]</w:t>
            </w:r>
          </w:p>
        </w:tc>
      </w:tr>
      <w:tr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</w:tr>
      <w:tr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4. INDICADORES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</w:tcPr>
          <w:p>
            <w:r/>
            <w:r>
              <w:rPr>
                <w:b/>
              </w:rPr>
              <w:t>Indicador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Meta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Real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Desviación</w:t>
            </w:r>
          </w:p>
        </w:tc>
        <w:tc>
          <w:tcPr>
            <w:tcW w:type="dxa" w:w="1904"/>
          </w:tcPr>
          <w:p>
            <w:r/>
            <w:r>
              <w:rPr>
                <w:b/>
              </w:rPr>
              <w:t>Fuente del dato</w:t>
            </w:r>
          </w:p>
        </w:tc>
      </w:tr>
      <w:tr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</w:tr>
      <w:tr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  <w:tc>
          <w:tcPr>
            <w:tcW w:type="dxa" w:w="1904"/>
          </w:tcPr>
          <w:p>
            <w:r>
              <w:t>[ ]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5. INCIDENCIAS Y DESVIACIONES</w:t>
      </w:r>
    </w:p>
    <w:p>
      <w:r>
        <w:rPr>
          <w:b w:val="0"/>
          <w:i w:val="0"/>
        </w:rPr>
        <w:t>[Qué no salió como estaba previsto, por qué y qué se hizo.]</w:t>
      </w:r>
    </w:p>
    <w:p>
      <w:pPr>
        <w:spacing w:before="200"/>
      </w:pPr>
      <w:r>
        <w:rPr>
          <w:b/>
          <w:color w:val="1E3A5F"/>
        </w:rPr>
        <w:t>6. PRÓXIMO PERIODO</w:t>
      </w:r>
    </w:p>
    <w:p>
      <w:pPr>
        <w:pStyle w:val="ListBullet"/>
      </w:pPr>
      <w:r>
        <w:rPr>
          <w:b w:val="0"/>
        </w:rPr>
        <w:t>[Actividad prevista 1]</w:t>
      </w:r>
    </w:p>
    <w:p>
      <w:pPr>
        <w:pStyle w:val="ListBullet"/>
      </w:pPr>
      <w:r>
        <w:rPr>
          <w:b w:val="0"/>
        </w:rPr>
        <w:t>[Actividad prevista 2]</w:t>
      </w:r>
    </w:p>
    <w:p>
      <w:pPr>
        <w:spacing w:before="200"/>
      </w:pPr>
      <w:r>
        <w:rPr>
          <w:b/>
          <w:color w:val="1E3A5F"/>
        </w:rPr>
        <w:t>7. CONCLUSIONES Y PETICIONES</w:t>
      </w:r>
    </w:p>
    <w:p>
      <w:r>
        <w:rPr>
          <w:b w:val="0"/>
          <w:i w:val="0"/>
        </w:rPr>
        <w:t>[Conclusión principal y, si procede, la decisión o el recurso que se solicita.]</w:t>
      </w:r>
    </w:p>
    <w:p>
      <w:pPr>
        <w:spacing w:before="200"/>
      </w:pPr>
      <w:r>
        <w:rPr>
          <w:b/>
          <w:color w:val="1E3A5F"/>
        </w:rPr>
        <w:t>ANEXOS</w:t>
      </w:r>
    </w:p>
    <w:p>
      <w:r>
        <w:rPr>
          <w:b w:val="0"/>
          <w:i w:val="0"/>
        </w:rPr>
        <w:t>[Relación de evidencias: listados de asistencia, fotografías, actas, facturas.]</w:t>
      </w:r>
    </w:p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(elimina esta página antes de entregar el informe)</w:t>
      </w:r>
    </w:p>
    <w:p>
      <w:pPr>
        <w:pStyle w:val="ListNumber"/>
      </w:pPr>
      <w:r>
        <w:rPr>
          <w:b w:val="0"/>
        </w:rPr>
        <w:t>Separa la actividad (lo que se hizo) del resultado (lo que se consiguió): es el fallo más común.</w:t>
      </w:r>
    </w:p>
    <w:p>
      <w:pPr>
        <w:pStyle w:val="ListNumber"/>
      </w:pPr>
      <w:r>
        <w:rPr>
          <w:b w:val="0"/>
        </w:rPr>
        <w:t>Usa solo cifras que salgan de un registro (hojas de asistencia, sistema de tickets, facturas) e indica la fuente en la tabla de indicadores. Si un dato no se midió, dilo en cualitativo.</w:t>
      </w:r>
    </w:p>
    <w:p>
      <w:pPr>
        <w:pStyle w:val="ListNumber"/>
      </w:pPr>
      <w:r>
        <w:rPr>
          <w:b w:val="0"/>
        </w:rPr>
        <w:t>Si el informe justifica una subvención pública, la memoria de actuación debe indicar las actividades realizadas y los resultados obtenidos (art. 72.1 del Real Decreto 887/2006); revisa además lo que exijan las bases de la convocatoria.</w:t>
      </w:r>
    </w:p>
    <w:p>
      <w:pPr>
        <w:pStyle w:val="ListNumber"/>
      </w:pPr>
      <w:r>
        <w:rPr>
          <w:b w:val="0"/>
        </w:rPr>
        <w:t>No incluyas datos personales innecesarios de personas usuarias o participantes; si hace falta, anonimiza.</w:t>
      </w:r>
    </w:p>
    <w:p>
      <w:pPr>
        <w:pStyle w:val="ListNumber"/>
      </w:pPr>
      <w:r>
        <w:rPr>
          <w:b w:val="0"/>
        </w:rPr>
        <w:t>Un informe semanal cabe en una página; uno anual o de memoria puede llevar anexos, pero el resumen ejecutivo debe poder leerse solo.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informe de actividades 2026</dc:title>
  <dc:subject>Informe de actividades (semanal, mensual o de proyecto)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