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28"/>
        </w:rPr>
        <w:t>SOLICITUD DE EXCEDENCIA VOLUNTARIA</w:t>
      </w:r>
    </w:p>
    <w:p>
      <w:r>
        <w:t>De: D./D.ª [nombre y apellidos], DNI/NIE [número]</w:t>
        <w:br/>
      </w:r>
      <w:r>
        <w:t>Puesto: [puesto] · Antigüedad: [fecha de ingreso]</w:t>
      </w:r>
    </w:p>
    <w:p>
      <w:r>
        <w:t>A: [NOMBRE O RAZÓN SOCIAL DE LA EMPRESA]</w:t>
        <w:br/>
      </w:r>
      <w:r>
        <w:t>Departamento de Personas / Dirección</w:t>
        <w:br/>
      </w:r>
      <w:r>
        <w:t>[Domicilio]</w:t>
      </w:r>
    </w:p>
    <w:p>
      <w:r>
        <w:rPr>
          <w:b w:val="0"/>
          <w:i w:val="0"/>
        </w:rPr>
        <w:t>En [localidad], a [fecha].</w:t>
      </w:r>
    </w:p>
    <w:p>
      <w:r>
        <w:rPr>
          <w:b/>
          <w:i w:val="0"/>
        </w:rPr>
        <w:t>ASUNTO: Solicitud de excedencia voluntaria (art. 46.2 del Estatuto de los Trabajadores).</w:t>
      </w:r>
    </w:p>
    <w:p>
      <w:r>
        <w:rPr>
          <w:b w:val="0"/>
          <w:i w:val="0"/>
        </w:rPr>
        <w:t>Por medio del presente escrito, y teniendo una antigüedad en la empresa superior a un año, SOLICITO pasar a la situación de excedencia voluntaria por un periodo de [nº] [meses/años] (no menor de cuatro meses ni mayor de cinco años), desde el [fecha de inicio] hasta el [fecha de fin], ambos inclusive.</w:t>
      </w:r>
    </w:p>
    <w:p>
      <w:r>
        <w:rPr>
          <w:b w:val="0"/>
          <w:i w:val="0"/>
        </w:rPr>
        <w:t>Declaro que no he disfrutado de otra excedencia voluntaria en esta empresa en los cuatro años anteriores [o: que han transcurrido más de cuatro años desde el final de la anterior, que terminó el [fecha]].</w:t>
      </w:r>
    </w:p>
    <w:p>
      <w:r>
        <w:rPr>
          <w:b w:val="0"/>
          <w:i w:val="0"/>
        </w:rPr>
        <w:t>[Opcional: Motivo de la solicitud (no es obligatorio indicarlo): [motivo].]</w:t>
      </w:r>
    </w:p>
    <w:p>
      <w:r>
        <w:rPr>
          <w:b w:val="0"/>
          <w:i w:val="0"/>
        </w:rPr>
        <w:t>Ruego que se me confirme por escrito la concesión y la fecha de efectos, y que se me facilite la liquidación de las cantidades devengadas hasta el inicio de la excedencia.</w:t>
      </w:r>
    </w:p>
    <w:p>
      <w:r>
        <w:rPr>
          <w:b w:val="0"/>
          <w:i w:val="0"/>
        </w:rPr>
        <w:t>Atentamente,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La persona trabajadora</w:t>
              <w:br/>
            </w:r>
            <w:r>
              <w:br/>
            </w:r>
            <w:r>
              <w:br/>
            </w:r>
            <w:r>
              <w:t>Fdo.: [nombre]</w:t>
            </w:r>
          </w:p>
        </w:tc>
        <w:tc>
          <w:tcPr>
            <w:tcW w:type="dxa" w:w="4759"/>
          </w:tcPr>
          <w:p>
            <w:r/>
            <w:r>
              <w:t>Recibí por la empresa (fecha, sello y firma)</w:t>
              <w:br/>
            </w:r>
            <w:r>
              <w:br/>
            </w:r>
            <w:r>
              <w:br/>
            </w:r>
            <w:r>
              <w:t>Fdo.: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MODELO 2. SOLICITUD DE REINGRESO</w:t>
      </w:r>
    </w:p>
    <w:p>
      <w:r>
        <w:rPr>
          <w:b w:val="0"/>
          <w:i w:val="0"/>
        </w:rPr>
        <w:t>D./D.ª [nombre], DNI/NIE [número], en situación de excedencia voluntaria desde el [fecha] hasta el [fecha], SOLICITA el reingreso en la empresa al término de la excedencia, en una vacante de igual o similar categoría a la suya, conforme al derecho preferente del art. 46.5 del Estatuto de los Trabajadores. La presente solicitud se presenta con [nº] días de antelación al fin del periodo [indicar la antelación que exija el convenio, si la hay].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En [localidad], a [fecha]</w:t>
              <w:br/>
            </w:r>
            <w:r>
              <w:br/>
            </w:r>
            <w:r>
              <w:t>Fdo.: [nombre]</w:t>
            </w:r>
          </w:p>
        </w:tc>
        <w:tc>
          <w:tcPr>
            <w:tcW w:type="dxa" w:w="4759"/>
          </w:tcPr>
          <w:p>
            <w:r/>
            <w:r>
              <w:t>Recibí por la empresa</w:t>
              <w:br/>
            </w:r>
            <w:r>
              <w:br/>
            </w:r>
            <w:r>
              <w:t>Fdo.: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MODELO 3. RESPUESTA DE LA EMPRESA</w:t>
      </w:r>
    </w:p>
    <w:p>
      <w:r>
        <w:rPr>
          <w:b w:val="0"/>
          <w:i w:val="0"/>
        </w:rPr>
        <w:t>[NOMBRE O RAZÓN SOCIAL DE LA EMPRESA] comunica a D./D.ª [nombre] que, cumplidos los requisitos del art. 46.2 ET, se le reconoce la excedencia voluntaria solicitada desde el [fecha] hasta el [fecha]. Durante la excedencia no se devenga salario ni se cotiza, y el tiempo no computa a efectos de antigüedad. Al finalizar conservará el derecho preferente al reingreso en las vacantes de igual o similar categoría que hubiera o se produjeran en la empresa. [Recordatorio de la antelación para solicitar el reingreso prevista en el convenio: [ ].]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Por la empresa, en [lugar] a [fecha]</w:t>
              <w:br/>
            </w:r>
            <w:r>
              <w:br/>
            </w:r>
            <w:r>
              <w:t>Fdo.:</w:t>
            </w:r>
          </w:p>
        </w:tc>
        <w:tc>
          <w:tcPr>
            <w:tcW w:type="dxa" w:w="4759"/>
          </w:tcPr>
          <w:p>
            <w:r/>
            <w:r>
              <w:t>Recibí (persona trabajadora)</w:t>
              <w:br/>
            </w:r>
            <w:r>
              <w:br/>
            </w:r>
            <w:r>
              <w:t>Fdo.: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Requisitos legales: al menos un año de antigüedad; duración entre cuatro meses y cinco años; para pedir otra, deben haber pasado cuatro años desde el final de la anterior (art. 46.2 ET). Tu convenio puede mejorar estas condiciones (art. 46.6).</w:t>
      </w:r>
    </w:p>
    <w:p>
      <w:pPr>
        <w:pStyle w:val="ListNumber"/>
      </w:pPr>
      <w:r>
        <w:rPr>
          <w:b w:val="0"/>
        </w:rPr>
        <w:t>Presenta la solicitud por escrito y quédate con una copia sellada o con acuse de recibo (correo certificado, burofax o registro interno con fecha).</w:t>
      </w:r>
    </w:p>
    <w:p>
      <w:pPr>
        <w:pStyle w:val="ListNumber"/>
      </w:pPr>
      <w:r>
        <w:rPr>
          <w:b w:val="0"/>
        </w:rPr>
        <w:t>Pide la excedencia con la antelación que marque tu convenio. Si el convenio no dice nada, hazlo con una antelación razonable para que la empresa pueda organizarse.</w:t>
      </w:r>
    </w:p>
    <w:p>
      <w:pPr>
        <w:pStyle w:val="ListNumber"/>
      </w:pPr>
      <w:r>
        <w:rPr>
          <w:b w:val="0"/>
        </w:rPr>
        <w:t>No es una excedencia con reserva de puesto: al terminar solo tienes un derecho preferente a ocupar una vacante de igual o similar categoría (art. 46.5). Si no hay vacante, no hay reingreso inmediato.</w:t>
      </w:r>
    </w:p>
    <w:p>
      <w:pPr>
        <w:pStyle w:val="ListNumber"/>
      </w:pPr>
      <w:r>
        <w:rPr>
          <w:b w:val="0"/>
        </w:rPr>
        <w:t>Solicita el reingreso ANTES de que acabe la excedencia, con la antelación del convenio. No hacerlo puede interpretarse como abandono o dimisión.</w:t>
      </w:r>
    </w:p>
    <w:p>
      <w:pPr>
        <w:pStyle w:val="ListNumber"/>
      </w:pPr>
      <w:r>
        <w:rPr>
          <w:b w:val="0"/>
        </w:rPr>
        <w:t>Si la excedencia es para cuidar de hijos o familiares, usa la excedencia del art. 46.3 ET (con reserva de puesto el primer año y cómputo de antigüedad), no esta.</w:t>
      </w:r>
    </w:p>
    <w:p>
      <w:pPr>
        <w:pStyle w:val="ListNumber"/>
      </w:pPr>
      <w:r>
        <w:rPr>
          <w:b w:val="0"/>
        </w:rPr>
        <w:t>Si la empresa la deniega cumpliendo tú los requisitos, consulta con una asesoría laboral o tu sindicato: la vía es la reclamación judicial.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solicitud de excedencia voluntaria 2026</dc:title>
  <dc:subject>Excedencia voluntaria (art. 46.2 ET)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