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SOLICITUD DE ANTICIPO DE NÓMINA</w:t>
      </w:r>
    </w:p>
    <w:p>
      <w:r>
        <w:t>De: D./D.ª [nombre y apellidos], DNI/NIE [número]</w:t>
        <w:br/>
      </w:r>
      <w:r>
        <w:t>Puesto / departamento: [ ]</w:t>
      </w:r>
    </w:p>
    <w:p>
      <w:r>
        <w:t>A: [NOMBRE O RAZÓN SOCIAL DE LA EMPRESA] · Departamento de administración / nóminas</w:t>
      </w:r>
    </w:p>
    <w:p>
      <w:r>
        <w:rPr>
          <w:b w:val="0"/>
          <w:i w:val="0"/>
        </w:rPr>
        <w:t>En [localidad], a [fecha].</w:t>
      </w:r>
    </w:p>
    <w:p>
      <w:r>
        <w:rPr>
          <w:b/>
          <w:i w:val="0"/>
        </w:rPr>
        <w:t>MODELO A. ANTICIPO A CUENTA DEL TRABAJO YA REALIZADO (art. 29.1 ET)</w:t>
      </w:r>
    </w:p>
    <w:p>
      <w:r>
        <w:rPr>
          <w:b w:val="0"/>
          <w:i w:val="0"/>
        </w:rPr>
        <w:t>SOLICITO un anticipo de [importe] euros a cuenta del salario correspondiente a los días ya trabajados del mes de [mes] de [año] (del día 1 al día [día]), importe que no supera lo devengado hasta la fecha. Ruego que se me abone mediante transferencia a mi cuenta habitual de nómina y que se descuente en el recibo de salarios de este mes, en el apartado de anticipos.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 (fecha y firma)</w:t>
              <w:br/>
            </w:r>
            <w:r>
              <w:br/>
            </w:r>
            <w:r>
              <w:br/>
            </w:r>
            <w:r>
              <w:t>Fdo.:</w:t>
            </w:r>
          </w:p>
        </w:tc>
      </w:tr>
    </w:tbl>
    <w:p/>
    <w:p>
      <w:r>
        <w:rPr>
          <w:b/>
          <w:i w:val="0"/>
        </w:rPr>
        <w:t>MODELO B. ADELANTO SOBRE SALARIOS FUTUROS (requiere acuerdo de la empresa)</w:t>
      </w:r>
    </w:p>
    <w:p>
      <w:r>
        <w:rPr>
          <w:b w:val="0"/>
          <w:i w:val="0"/>
        </w:rPr>
        <w:t>SOLICITO un adelanto de [importe] euros sobre salarios todavía no devengados, por [motivo, opcional]. Propongo devolverlo mediante descuento en [nº] nóminas consecutivas de [importe] euros cada una, a partir de la nómina de [mes]. En caso de extinción de la relación laboral antes de la devolución total, autorizo que el importe pendiente se descuente de la liquidación (finiquito).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Conformidad de la empresa</w:t>
              <w:br/>
            </w:r>
            <w:r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RESPUESTA Y RECIBÍ</w:t>
      </w:r>
    </w:p>
    <w:p>
      <w:r>
        <w:t>☐ Se abona el anticipo a cuenta del trabajo realizado de [importe] euros el [fecha], que se descontará en la nómina de [mes].</w:t>
      </w:r>
    </w:p>
    <w:p>
      <w:r>
        <w:t>☐ Se concede el adelanto sobre salarios futuros de [importe] euros, a devolver en [nº] cuotas de [importe] euros desde la nómina de [mes].</w:t>
      </w:r>
    </w:p>
    <w:p>
      <w:r>
        <w:t>☐ No se concede el adelanto sobre salarios futuros por [motivo].</w:t>
      </w:r>
    </w:p>
    <w:p>
      <w:r>
        <w:rPr>
          <w:b w:val="0"/>
          <w:i w:val="0"/>
        </w:rPr>
        <w:t>D./D.ª [nombre] declara haber recibido la cantidad de [importe] euros en concepto de [anticipo / adelanto] en la fecha indicada.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empresa, en [lugar] a [fecha]</w:t>
              <w:br/>
            </w:r>
            <w:r>
              <w:br/>
            </w:r>
            <w:r>
              <w:t>Fdo.:</w:t>
            </w:r>
          </w:p>
        </w:tc>
        <w:tc>
          <w:tcPr>
            <w:tcW w:type="dxa" w:w="4759"/>
          </w:tcPr>
          <w:p>
            <w:r/>
            <w:r>
              <w:t>Recibí (persona trabajadora)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El art. 29.1 ET reconoce el derecho a percibir, antes del día de pago, anticipos a cuenta del trabajo YA REALIZADO. Por eso el importe del modelo A no debe superar lo devengado en el mes.</w:t>
      </w:r>
    </w:p>
    <w:p>
      <w:pPr>
        <w:pStyle w:val="ListNumber"/>
      </w:pPr>
      <w:r>
        <w:rPr>
          <w:b w:val="0"/>
        </w:rPr>
        <w:t>Lo que no es un derecho es el adelanto de salarios que todavía no se han trabajado (modelo B): depende de que la empresa lo acepte y conviene dejar por escrito cómo se devuelve.</w:t>
      </w:r>
    </w:p>
    <w:p>
      <w:pPr>
        <w:pStyle w:val="ListNumber"/>
      </w:pPr>
      <w:r>
        <w:rPr>
          <w:b w:val="0"/>
        </w:rPr>
        <w:t>El anticipo se refleja en el recibo de salarios como deducción en el apartado de anticipos del modelo oficial (Orden ESS/2098/2014) o el que prevea el convenio.</w:t>
      </w:r>
    </w:p>
    <w:p>
      <w:pPr>
        <w:pStyle w:val="ListNumber"/>
      </w:pPr>
      <w:r>
        <w:rPr>
          <w:b w:val="0"/>
        </w:rPr>
        <w:t>Revisa tu convenio: algunos regulan la forma de pedir anticipos o préstamos al personal.</w:t>
      </w:r>
    </w:p>
    <w:p>
      <w:pPr>
        <w:pStyle w:val="ListNumber"/>
      </w:pPr>
      <w:r>
        <w:rPr>
          <w:b w:val="0"/>
        </w:rPr>
        <w:t>Pide el anticipo por escrito o por el canal habitual de la empresa y conserva el justificante; la empresa debe quedarse con el recibí firmado.</w:t>
      </w:r>
    </w:p>
    <w:p>
      <w:pPr>
        <w:pStyle w:val="ListNumber"/>
      </w:pPr>
      <w:r>
        <w:rPr>
          <w:b w:val="0"/>
        </w:rPr>
        <w:t>Si la empresa no paga el salario en la fecha convenida, el interés por mora es del 10 % de lo adeudado (art. 29.3 ET).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de anticipo de nómina 2026</dc:title>
  <dc:subject>Anticipo a cuenta del trabajo realizado (art. 29.1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