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3A5F"/>
          <w:sz w:val="28"/>
        </w:rPr>
        <w:t>MODELO DE OFERTA DE EMPLEO Y CARTA DE OFERTA DE TRABAJO</w:t>
      </w:r>
    </w:p>
    <w:p>
      <w:pPr>
        <w:jc w:val="center"/>
      </w:pPr>
      <w:r>
        <w:rPr>
          <w:sz w:val="18"/>
        </w:rPr>
        <w:t>Anuncio para publicar la vacante + carta de oferta a la persona seleccionada + lista de comprobación (arts. 4.2.c, 8, 14 y 17 del Estatuto de los Trabajadores; art. 9 de la Ley 15/2022; art. 5 de la LO 3/2007; art. 13 del RGPD)</w:t>
      </w:r>
    </w:p>
    <w:p>
      <w:r>
        <w:rPr>
          <w:b/>
          <w:color w:val="1E3A5F"/>
        </w:rPr>
        <w:t>PARTE 1. ANUNCIO DE OFERTA DE EMPLEO</w:t>
      </w:r>
    </w:p>
    <w:tbl>
      <w:tblPr>
        <w:tblStyle w:val="TableGrid"/>
        <w:tblW w:type="auto" w:w="0"/>
        <w:tblLook w:firstColumn="1" w:firstRow="1" w:lastColumn="0" w:lastRow="0" w:noHBand="0" w:noVBand="1" w:val="04A0"/>
      </w:tblPr>
      <w:tblGrid>
        <w:gridCol w:w="4649"/>
        <w:gridCol w:w="4649"/>
      </w:tblGrid>
      <w:tr>
        <w:tc>
          <w:tcPr>
            <w:tcW w:type="dxa" w:w="4649"/>
          </w:tcPr>
          <w:p>
            <w:r/>
            <w:r>
              <w:rPr>
                <w:b/>
                <w:sz w:val="20"/>
              </w:rPr>
              <w:t>Apartado</w:t>
            </w:r>
          </w:p>
        </w:tc>
        <w:tc>
          <w:tcPr>
            <w:tcW w:type="dxa" w:w="4649"/>
          </w:tcPr>
          <w:p>
            <w:r/>
            <w:r>
              <w:rPr>
                <w:b/>
                <w:sz w:val="20"/>
              </w:rPr>
              <w:t>Texto a completar</w:t>
            </w:r>
          </w:p>
        </w:tc>
      </w:tr>
      <w:tr>
        <w:tc>
          <w:tcPr>
            <w:tcW w:type="dxa" w:w="4649"/>
          </w:tcPr>
          <w:p>
            <w:r/>
            <w:r>
              <w:rPr>
                <w:sz w:val="20"/>
              </w:rPr>
              <w:t>Empresa</w:t>
            </w:r>
          </w:p>
        </w:tc>
        <w:tc>
          <w:tcPr>
            <w:tcW w:type="dxa" w:w="4649"/>
          </w:tcPr>
          <w:p>
            <w:r/>
            <w:r>
              <w:rPr>
                <w:sz w:val="20"/>
              </w:rPr>
              <w:t>[Nombre comercial o razón social]. [Actividad en una línea: p. ej. instalaciones eléctricas en viviendas y locales]. Centro de trabajo: [municipio / provincia].</w:t>
            </w:r>
          </w:p>
        </w:tc>
      </w:tr>
      <w:tr>
        <w:tc>
          <w:tcPr>
            <w:tcW w:type="dxa" w:w="4649"/>
          </w:tcPr>
          <w:p>
            <w:r/>
            <w:r>
              <w:rPr>
                <w:sz w:val="20"/>
              </w:rPr>
              <w:t>Puesto</w:t>
            </w:r>
          </w:p>
        </w:tc>
        <w:tc>
          <w:tcPr>
            <w:tcW w:type="dxa" w:w="4649"/>
          </w:tcPr>
          <w:p>
            <w:r/>
            <w:r>
              <w:rPr>
                <w:sz w:val="20"/>
              </w:rPr>
              <w:t>[Denominación del puesto: p. ej. oficial de 1.ª electricista]. Nº de vacantes: [1]. Fecha de incorporación prevista: [fecha o «inmediata»].</w:t>
            </w:r>
          </w:p>
        </w:tc>
      </w:tr>
      <w:tr>
        <w:tc>
          <w:tcPr>
            <w:tcW w:type="dxa" w:w="4649"/>
          </w:tcPr>
          <w:p>
            <w:r/>
            <w:r>
              <w:rPr>
                <w:sz w:val="20"/>
              </w:rPr>
              <w:t>Funciones</w:t>
            </w:r>
          </w:p>
        </w:tc>
        <w:tc>
          <w:tcPr>
            <w:tcW w:type="dxa" w:w="4649"/>
          </w:tcPr>
          <w:p>
            <w:r/>
            <w:r>
              <w:rPr>
                <w:sz w:val="20"/>
              </w:rPr>
              <w:t>• [Función principal 1]</w:t>
              <w:br/>
              <w:t>• [Función principal 2]</w:t>
              <w:br/>
              <w:t>• [Función principal 3]</w:t>
              <w:br/>
              <w:t>• [Herramientas, vehículo o equipos que se usan]</w:t>
            </w:r>
          </w:p>
        </w:tc>
      </w:tr>
      <w:tr>
        <w:tc>
          <w:tcPr>
            <w:tcW w:type="dxa" w:w="4649"/>
          </w:tcPr>
          <w:p>
            <w:r/>
            <w:r>
              <w:rPr>
                <w:sz w:val="20"/>
              </w:rPr>
              <w:t>Requisitos imprescindibles</w:t>
            </w:r>
          </w:p>
        </w:tc>
        <w:tc>
          <w:tcPr>
            <w:tcW w:type="dxa" w:w="4649"/>
          </w:tcPr>
          <w:p>
            <w:r/>
            <w:r>
              <w:rPr>
                <w:sz w:val="20"/>
              </w:rPr>
              <w:t>• [Titulación o carné habilitante exigido por la normativa del oficio, si lo hay]</w:t>
              <w:br/>
              <w:t>• [Experiencia mínima en tareas concretas: p. ej. cuadros eléctricos y canalizaciones]</w:t>
              <w:br/>
              <w:t>• [Permiso de conducir si el puesto exige desplazamientos]</w:t>
              <w:br/>
              <w:t>• [Formación en prevención de riesgos laborales requerida en el sector, si procede]</w:t>
            </w:r>
          </w:p>
        </w:tc>
      </w:tr>
      <w:tr>
        <w:tc>
          <w:tcPr>
            <w:tcW w:type="dxa" w:w="4649"/>
          </w:tcPr>
          <w:p>
            <w:r/>
            <w:r>
              <w:rPr>
                <w:sz w:val="20"/>
              </w:rPr>
              <w:t>Requisitos valorables</w:t>
            </w:r>
          </w:p>
        </w:tc>
        <w:tc>
          <w:tcPr>
            <w:tcW w:type="dxa" w:w="4649"/>
          </w:tcPr>
          <w:p>
            <w:r/>
            <w:r>
              <w:rPr>
                <w:sz w:val="20"/>
              </w:rPr>
              <w:t>• [Certificaciones adicionales]</w:t>
              <w:br/>
              <w:t>• [Idiomas o conocimientos complementarios]</w:t>
            </w:r>
          </w:p>
        </w:tc>
      </w:tr>
      <w:tr>
        <w:tc>
          <w:tcPr>
            <w:tcW w:type="dxa" w:w="4649"/>
          </w:tcPr>
          <w:p>
            <w:r/>
            <w:r>
              <w:rPr>
                <w:sz w:val="20"/>
              </w:rPr>
              <w:t>Condiciones</w:t>
            </w:r>
          </w:p>
        </w:tc>
        <w:tc>
          <w:tcPr>
            <w:tcW w:type="dxa" w:w="4649"/>
          </w:tcPr>
          <w:p>
            <w:r/>
            <w:r>
              <w:rPr>
                <w:sz w:val="20"/>
              </w:rPr>
              <w:t>Tipo de contrato: [indefinido / temporal por circunstancias de la producción / fijo-discontinuo / formativo]. Jornada: [completa / parcial, X horas semanales]. Horario: [horario y distribución]. Salario: [importe bruto anual o mensual, o «según convenio colectivo de …», con el grupo profesional]. Periodo de prueba: [según convenio; máximos del art. 14 ET]. Otros: [dietas, vehículo de empresa, ropa de trabajo, formación].</w:t>
            </w:r>
          </w:p>
        </w:tc>
      </w:tr>
      <w:tr>
        <w:tc>
          <w:tcPr>
            <w:tcW w:type="dxa" w:w="4649"/>
          </w:tcPr>
          <w:p>
            <w:r/>
            <w:r>
              <w:rPr>
                <w:sz w:val="20"/>
              </w:rPr>
              <w:t>Lugar de trabajo</w:t>
            </w:r>
          </w:p>
        </w:tc>
        <w:tc>
          <w:tcPr>
            <w:tcW w:type="dxa" w:w="4649"/>
          </w:tcPr>
          <w:p>
            <w:r/>
            <w:r>
              <w:rPr>
                <w:sz w:val="20"/>
              </w:rPr>
              <w:t>[Dirección del centro o zona de trabajo]. [Desplazamientos habituales: sí/no].</w:t>
            </w:r>
          </w:p>
        </w:tc>
      </w:tr>
      <w:tr>
        <w:tc>
          <w:tcPr>
            <w:tcW w:type="dxa" w:w="4649"/>
          </w:tcPr>
          <w:p>
            <w:r/>
            <w:r>
              <w:rPr>
                <w:sz w:val="20"/>
              </w:rPr>
              <w:t>Cómo presentar candidatura</w:t>
            </w:r>
          </w:p>
        </w:tc>
        <w:tc>
          <w:tcPr>
            <w:tcW w:type="dxa" w:w="4649"/>
          </w:tcPr>
          <w:p>
            <w:r/>
            <w:r>
              <w:rPr>
                <w:sz w:val="20"/>
              </w:rPr>
              <w:t>Envía tu currículum a [correo electrónico] indicando en el asunto «[Referencia de la oferta]» o inscríbete en [enlace a la oferta]. Plazo: hasta el [fecha].</w:t>
            </w:r>
          </w:p>
        </w:tc>
      </w:tr>
      <w:tr>
        <w:tc>
          <w:tcPr>
            <w:tcW w:type="dxa" w:w="4649"/>
          </w:tcPr>
          <w:p>
            <w:r/>
            <w:r>
              <w:rPr>
                <w:sz w:val="20"/>
              </w:rPr>
              <w:t>Protección de datos</w:t>
            </w:r>
          </w:p>
        </w:tc>
        <w:tc>
          <w:tcPr>
            <w:tcW w:type="dxa" w:w="4649"/>
          </w:tcPr>
          <w:p>
            <w:r/>
            <w:r>
              <w:rPr>
                <w:sz w:val="20"/>
              </w:rPr>
              <w:t>Responsable del tratamiento: [razón social, CIF, dirección, correo]. Finalidad: gestionar este proceso de selección. Base jurídica: [aplicación de medidas precontractuales a petición de la persona candidata]. Conservación: [plazo: p. ej. hasta cerrar el proceso o X meses si la persona autoriza guardar el CV para futuras vacantes]. Derechos: acceso, rectificación, supresión y demás derechos escribiendo a [correo]. (Información exigida por el art. 13 del Reglamento (UE) 2016/679.)</w:t>
            </w:r>
          </w:p>
        </w:tc>
      </w:tr>
    </w:tbl>
    <w:p/>
    <w:p>
      <w:r>
        <w:rPr>
          <w:b/>
          <w:color w:val="1E3A5F"/>
        </w:rPr>
        <w:t>PARTE 2. CARTA DE OFERTA DE TRABAJO A LA PERSONA SELECCIONADA</w:t>
      </w:r>
    </w:p>
    <w:p>
      <w:r>
        <w:t>[Nombre o razón social de la empresa]</w:t>
        <w:br/>
        <w:t>CIF: [número]</w:t>
        <w:br/>
        <w:t>[Dirección]</w:t>
        <w:br/>
        <w:t>[Correo electrónico de contacto]</w:t>
      </w:r>
    </w:p>
    <w:p>
      <w:r>
        <w:t>A la atención de D./D.ª [nombre y apellidos]</w:t>
        <w:br/>
        <w:t>[Dirección o correo electrónico]</w:t>
      </w:r>
    </w:p>
    <w:p>
      <w:r>
        <w:t>En [localidad], a [día] de [mes] de [año]</w:t>
      </w:r>
    </w:p>
    <w:p>
      <w:pPr>
        <w:jc w:val="both"/>
      </w:pPr>
      <w:r>
        <w:t>Estimado/a [nombre]:</w:t>
      </w:r>
    </w:p>
    <w:p>
      <w:pPr>
        <w:jc w:val="both"/>
      </w:pPr>
      <w:r>
        <w:t>Tras el proceso de selección para el puesto de [denominación del puesto], nos complace ofrecerle su incorporación a [nombre de la empresa] en las condiciones que se detallan a continuación:</w:t>
      </w:r>
    </w:p>
    <w:tbl>
      <w:tblPr>
        <w:tblStyle w:val="TableGrid"/>
        <w:tblW w:type="auto" w:w="0"/>
        <w:tblLook w:firstColumn="1" w:firstRow="1" w:lastColumn="0" w:lastRow="0" w:noHBand="0" w:noVBand="1" w:val="04A0"/>
      </w:tblPr>
      <w:tblGrid>
        <w:gridCol w:w="4649"/>
        <w:gridCol w:w="4649"/>
      </w:tblGrid>
      <w:tr>
        <w:tc>
          <w:tcPr>
            <w:tcW w:type="dxa" w:w="4649"/>
          </w:tcPr>
          <w:p>
            <w:r/>
            <w:r>
              <w:rPr>
                <w:b/>
                <w:sz w:val="20"/>
              </w:rPr>
              <w:t>Condición</w:t>
            </w:r>
          </w:p>
        </w:tc>
        <w:tc>
          <w:tcPr>
            <w:tcW w:type="dxa" w:w="4649"/>
          </w:tcPr>
          <w:p>
            <w:r/>
            <w:r>
              <w:rPr>
                <w:b/>
                <w:sz w:val="20"/>
              </w:rPr>
              <w:t>Detalle</w:t>
            </w:r>
          </w:p>
        </w:tc>
      </w:tr>
      <w:tr>
        <w:tc>
          <w:tcPr>
            <w:tcW w:type="dxa" w:w="4649"/>
          </w:tcPr>
          <w:p>
            <w:r/>
            <w:r>
              <w:rPr>
                <w:sz w:val="20"/>
              </w:rPr>
              <w:t>Puesto y funciones</w:t>
            </w:r>
          </w:p>
        </w:tc>
        <w:tc>
          <w:tcPr>
            <w:tcW w:type="dxa" w:w="4649"/>
          </w:tcPr>
          <w:p>
            <w:r/>
            <w:r>
              <w:rPr>
                <w:sz w:val="20"/>
              </w:rPr>
              <w:t>[Puesto, grupo profesional según convenio y funciones principales]</w:t>
            </w:r>
          </w:p>
        </w:tc>
      </w:tr>
      <w:tr>
        <w:tc>
          <w:tcPr>
            <w:tcW w:type="dxa" w:w="4649"/>
          </w:tcPr>
          <w:p>
            <w:r/>
            <w:r>
              <w:rPr>
                <w:sz w:val="20"/>
              </w:rPr>
              <w:t>Tipo de contrato</w:t>
            </w:r>
          </w:p>
        </w:tc>
        <w:tc>
          <w:tcPr>
            <w:tcW w:type="dxa" w:w="4649"/>
          </w:tcPr>
          <w:p>
            <w:r/>
            <w:r>
              <w:rPr>
                <w:sz w:val="20"/>
              </w:rPr>
              <w:t>[Indefinido / temporal (causa y duración prevista) / fijo-discontinuo / formativo]</w:t>
            </w:r>
          </w:p>
        </w:tc>
      </w:tr>
      <w:tr>
        <w:tc>
          <w:tcPr>
            <w:tcW w:type="dxa" w:w="4649"/>
          </w:tcPr>
          <w:p>
            <w:r/>
            <w:r>
              <w:rPr>
                <w:sz w:val="20"/>
              </w:rPr>
              <w:t>Fecha de incorporación</w:t>
            </w:r>
          </w:p>
        </w:tc>
        <w:tc>
          <w:tcPr>
            <w:tcW w:type="dxa" w:w="4649"/>
          </w:tcPr>
          <w:p>
            <w:r/>
            <w:r>
              <w:rPr>
                <w:sz w:val="20"/>
              </w:rPr>
              <w:t>[Fecha]</w:t>
            </w:r>
          </w:p>
        </w:tc>
      </w:tr>
      <w:tr>
        <w:tc>
          <w:tcPr>
            <w:tcW w:type="dxa" w:w="4649"/>
          </w:tcPr>
          <w:p>
            <w:r/>
            <w:r>
              <w:rPr>
                <w:sz w:val="20"/>
              </w:rPr>
              <w:t>Centro de trabajo</w:t>
            </w:r>
          </w:p>
        </w:tc>
        <w:tc>
          <w:tcPr>
            <w:tcW w:type="dxa" w:w="4649"/>
          </w:tcPr>
          <w:p>
            <w:r/>
            <w:r>
              <w:rPr>
                <w:sz w:val="20"/>
              </w:rPr>
              <w:t>[Dirección]</w:t>
            </w:r>
          </w:p>
        </w:tc>
      </w:tr>
      <w:tr>
        <w:tc>
          <w:tcPr>
            <w:tcW w:type="dxa" w:w="4649"/>
          </w:tcPr>
          <w:p>
            <w:r/>
            <w:r>
              <w:rPr>
                <w:sz w:val="20"/>
              </w:rPr>
              <w:t>Jornada y horario</w:t>
            </w:r>
          </w:p>
        </w:tc>
        <w:tc>
          <w:tcPr>
            <w:tcW w:type="dxa" w:w="4649"/>
          </w:tcPr>
          <w:p>
            <w:r/>
            <w:r>
              <w:rPr>
                <w:sz w:val="20"/>
              </w:rPr>
              <w:t>[Completa o parcial, horas semanales, distribución y descansos]</w:t>
            </w:r>
          </w:p>
        </w:tc>
      </w:tr>
      <w:tr>
        <w:tc>
          <w:tcPr>
            <w:tcW w:type="dxa" w:w="4649"/>
          </w:tcPr>
          <w:p>
            <w:r/>
            <w:r>
              <w:rPr>
                <w:sz w:val="20"/>
              </w:rPr>
              <w:t>Retribución</w:t>
            </w:r>
          </w:p>
        </w:tc>
        <w:tc>
          <w:tcPr>
            <w:tcW w:type="dxa" w:w="4649"/>
          </w:tcPr>
          <w:p>
            <w:r/>
            <w:r>
              <w:rPr>
                <w:sz w:val="20"/>
              </w:rPr>
              <w:t>[Salario bruto anual o mensual, número de pagas, complementos], conforme al convenio colectivo de [sector/ámbito]</w:t>
            </w:r>
          </w:p>
        </w:tc>
      </w:tr>
      <w:tr>
        <w:tc>
          <w:tcPr>
            <w:tcW w:type="dxa" w:w="4649"/>
          </w:tcPr>
          <w:p>
            <w:r/>
            <w:r>
              <w:rPr>
                <w:sz w:val="20"/>
              </w:rPr>
              <w:t>Periodo de prueba</w:t>
            </w:r>
          </w:p>
        </w:tc>
        <w:tc>
          <w:tcPr>
            <w:tcW w:type="dxa" w:w="4649"/>
          </w:tcPr>
          <w:p>
            <w:r/>
            <w:r>
              <w:rPr>
                <w:sz w:val="20"/>
              </w:rPr>
              <w:t>[Duración, dentro de los límites del convenio o, en su defecto, del art. 14 del Estatuto de los Trabajadores]</w:t>
            </w:r>
          </w:p>
        </w:tc>
      </w:tr>
      <w:tr>
        <w:tc>
          <w:tcPr>
            <w:tcW w:type="dxa" w:w="4649"/>
          </w:tcPr>
          <w:p>
            <w:r/>
            <w:r>
              <w:rPr>
                <w:sz w:val="20"/>
              </w:rPr>
              <w:t>Vacaciones</w:t>
            </w:r>
          </w:p>
        </w:tc>
        <w:tc>
          <w:tcPr>
            <w:tcW w:type="dxa" w:w="4649"/>
          </w:tcPr>
          <w:p>
            <w:r/>
            <w:r>
              <w:rPr>
                <w:sz w:val="20"/>
              </w:rPr>
              <w:t>[Días según convenio; mínimo legal de 30 días naturales al año, art. 38 ET]</w:t>
            </w:r>
          </w:p>
        </w:tc>
      </w:tr>
      <w:tr>
        <w:tc>
          <w:tcPr>
            <w:tcW w:type="dxa" w:w="4649"/>
          </w:tcPr>
          <w:p>
            <w:r/>
            <w:r>
              <w:rPr>
                <w:sz w:val="20"/>
              </w:rPr>
              <w:t>Otros</w:t>
            </w:r>
          </w:p>
        </w:tc>
        <w:tc>
          <w:tcPr>
            <w:tcW w:type="dxa" w:w="4649"/>
          </w:tcPr>
          <w:p>
            <w:r/>
            <w:r>
              <w:rPr>
                <w:sz w:val="20"/>
              </w:rPr>
              <w:t>[Vehículo, herramientas, ropa de trabajo, formación, teletrabajo, dietas]</w:t>
            </w:r>
          </w:p>
        </w:tc>
      </w:tr>
    </w:tbl>
    <w:p/>
    <w:p>
      <w:pPr>
        <w:jc w:val="both"/>
      </w:pPr>
      <w:r>
        <w:t>Esta oferta queda condicionada a la firma del contrato de trabajo, que recogerá estas condiciones y se formalizará por escrito en la fecha de incorporación, y a la presentación de la documentación necesaria para el alta en la Seguridad Social [y, en su caso, a la acreditación de la titulación o carné exigido para el puesto].</w:t>
      </w:r>
    </w:p>
    <w:p>
      <w:pPr>
        <w:jc w:val="both"/>
      </w:pPr>
      <w:r>
        <w:t>Le agradeceremos que nos confirme la aceptación de esta oferta antes del [fecha] respondiendo a este escrito o al correo [correo electrónico]. Transcurrido ese plazo sin respuesta, entenderemos que no desea incorporarse y la oferta quedará sin efecto.</w:t>
      </w:r>
    </w:p>
    <w:p>
      <w:pPr>
        <w:jc w:val="both"/>
      </w:pPr>
      <w:r>
        <w:t>Quedamos a su disposición para cualquier aclaración.</w:t>
      </w:r>
    </w:p>
    <w:p>
      <w:r>
        <w:t>Atentamente,</w:t>
      </w:r>
    </w:p>
    <w:tbl>
      <w:tblPr>
        <w:tblW w:type="auto" w:w="0"/>
        <w:tblLook w:firstColumn="1" w:firstRow="1" w:lastColumn="0" w:lastRow="0" w:noHBand="0" w:noVBand="1" w:val="04A0"/>
      </w:tblPr>
      <w:tblGrid>
        <w:gridCol w:w="4649"/>
        <w:gridCol w:w="4649"/>
      </w:tblGrid>
      <w:tr>
        <w:tc>
          <w:tcPr>
            <w:tcW w:type="dxa" w:w="4649"/>
          </w:tcPr>
          <w:p>
            <w:r>
              <w:t>Por la empresa</w:t>
              <w:br/>
              <w:t>[Nombre y cargo]</w:t>
              <w:br/>
              <w:br/>
              <w:br/>
              <w:t>_______________________</w:t>
              <w:br/>
              <w:t>Firma y fecha</w:t>
            </w:r>
          </w:p>
        </w:tc>
        <w:tc>
          <w:tcPr>
            <w:tcW w:type="dxa" w:w="4649"/>
          </w:tcPr>
          <w:p>
            <w:r>
              <w:t>Acepto la oferta en las condiciones indicadas</w:t>
              <w:br/>
              <w:t>[Nombre y apellidos]</w:t>
              <w:br/>
              <w:t>DNI/NIE: [número]</w:t>
              <w:br/>
              <w:br/>
              <w:br/>
              <w:t>_______________________</w:t>
              <w:br/>
              <w:t>Firma y fecha</w:t>
            </w:r>
          </w:p>
        </w:tc>
      </w:tr>
    </w:tbl>
    <w:p/>
    <w:p>
      <w:r>
        <w:rPr>
          <w:b/>
          <w:color w:val="1E3A5F"/>
        </w:rPr>
        <w:t>PARTE 3. LISTA DE COMPROBACIÓN ANTES DE PUBLICAR</w:t>
      </w:r>
    </w:p>
    <w:p>
      <w:r>
        <w:t>☐ El anuncio describe el puesto y los requisitos reales de las tareas, no a la persona (sin edad, sexo, nacionalidad, estado civil ni fotografía): arts. 4.2.c y 17.1 ET; art. 5 LO 3/2007; art. 9 Ley 15/2022.</w:t>
      </w:r>
    </w:p>
    <w:p>
      <w:r>
        <w:t>☐ No pregunta por el estado de salud de la persona aspirante (art. 9.5 Ley 15/2022).</w:t>
      </w:r>
    </w:p>
    <w:p>
      <w:r>
        <w:t>☐ Si pide un requisito que pueda excluir a un grupo, responde a una finalidad legítima y proporcionada (p. ej. carné habilitante que exige la normativa del oficio).</w:t>
      </w:r>
    </w:p>
    <w:p>
      <w:r>
        <w:t>☐ Indica tipo de contrato, jornada y retribución (o el convenio y grupo profesional) para evitar candidaturas que no encajan.</w:t>
      </w:r>
    </w:p>
    <w:p>
      <w:r>
        <w:t>☐ Incluye la información de protección de datos del art. 13 RGPD en el anuncio o en el formulario de candidatura.</w:t>
      </w:r>
    </w:p>
    <w:p>
      <w:r>
        <w:t>☐ Tiene una referencia y una fecha de cierre, y una persona o buzón que responde a las candidaturas.</w:t>
      </w:r>
    </w:p>
    <w:p>
      <w:r>
        <w:t>☐ El contrato que se firmará después recoge las mismas condiciones que la oferta.</w:t>
      </w:r>
    </w:p>
    <w:p>
      <w:r>
        <w:rPr>
          <w:i/>
          <w:sz w:val="16"/>
        </w:rPr>
        <w:t>Plantilla orientativa de Ofizio.eu (Mercadonet Global S.L.). No sustituye el asesoramiento de un profesional laboralista ni la consulta del convenio colectivo aplicable. Los textos entre corchetes se sustituyen por los datos reales y se elimina lo que no proceda.</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