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[MEMBRETE DE LA EMPRESA]</w:t>
      </w:r>
    </w:p>
    <w:p>
      <w:pPr>
        <w:jc w:val="center"/>
      </w:pPr>
      <w:r>
        <w:rPr>
          <w:b/>
          <w:color w:val="1E3A5F"/>
          <w:sz w:val="28"/>
        </w:rPr>
        <w:t>CERTIFICADO DE TRABAJO (SERVICIOS PRESTADOS)</w:t>
      </w:r>
    </w:p>
    <w:p>
      <w:pPr>
        <w:jc w:val="both"/>
      </w:pPr>
      <w:r>
        <w:rPr>
          <w:b w:val="0"/>
          <w:i w:val="0"/>
        </w:rPr>
        <w:t>D./D.ª [NOMBRE Y APELLIDOS DE QUIEN FIRMA], en su condición de [CARGO] de [DENOMINACIÓN SOCIAL], con CIF [CIF] y domicilio social en [DOMICILIO], actuando en nombre y representación de la misma,</w:t>
      </w:r>
    </w:p>
    <w:p>
      <w:r>
        <w:rPr>
          <w:b/>
          <w:i w:val="0"/>
        </w:rPr>
        <w:t>CERTIFICA:</w:t>
      </w:r>
    </w:p>
    <w:p>
      <w:pPr>
        <w:jc w:val="both"/>
      </w:pPr>
      <w:r>
        <w:rPr>
          <w:b/>
          <w:i w:val="0"/>
        </w:rPr>
        <w:t>Primero.</w:t>
      </w:r>
      <w:r>
        <w:rPr>
          <w:b w:val="0"/>
          <w:i w:val="0"/>
        </w:rPr>
        <w:t xml:space="preserve"> Que D./D.ª [NOMBRE Y APELLIDOS DE LA PERSONA TRABAJADORA], con documento de identidad [DNI/NIE: incluir solo si el destinatario lo exige], ha prestado servicios en esta empresa desde el [DÍA/MES/AÑO DE ALTA] hasta el [DÍA/MES/AÑO DE BAJA / la fecha de expedición, si sigue en la empresa].</w:t>
      </w:r>
    </w:p>
    <w:p>
      <w:pPr>
        <w:jc w:val="both"/>
      </w:pPr>
      <w:r>
        <w:rPr>
          <w:b/>
          <w:i w:val="0"/>
        </w:rPr>
        <w:t>Segundo.</w:t>
      </w:r>
      <w:r>
        <w:rPr>
          <w:b w:val="0"/>
          <w:i w:val="0"/>
        </w:rPr>
        <w:t xml:space="preserve"> Que dicha prestación se ha desarrollado con contrato de trabajo [indefinido / de duración determinada / fijo-discontinuo / formativo], con jornada [completa / parcial del [nº] %], en el grupo profesional o categoría [GRUPO] del convenio colectivo [DENOMINACIÓN], en el centro de trabajo de [LOCALIDAD].</w:t>
      </w:r>
    </w:p>
    <w:p>
      <w:pPr>
        <w:jc w:val="both"/>
      </w:pPr>
      <w:r>
        <w:rPr>
          <w:b/>
          <w:i w:val="0"/>
        </w:rPr>
        <w:t>Tercero.</w:t>
      </w:r>
      <w:r>
        <w:rPr>
          <w:b w:val="0"/>
          <w:i w:val="0"/>
        </w:rPr>
        <w:t xml:space="preserve"> Que durante dicho periodo ha desempeñado, entre otras, las siguientes funciones: [FUNCIÓN 1]; [FUNCIÓN 2]; [FUNCIÓN 3].</w:t>
      </w:r>
    </w:p>
    <w:p>
      <w:pPr>
        <w:jc w:val="both"/>
      </w:pPr>
      <w:r>
        <w:rPr>
          <w:b/>
          <w:i w:val="0"/>
        </w:rPr>
        <w:t>Cuarto.</w:t>
      </w:r>
      <w:r>
        <w:rPr>
          <w:b w:val="0"/>
          <w:i w:val="0"/>
        </w:rPr>
        <w:t xml:space="preserve"> [Opcional: periodos con distinta categoría o jornada, con sus fechas.]</w:t>
      </w:r>
    </w:p>
    <w:p>
      <w:pPr>
        <w:jc w:val="both"/>
      </w:pPr>
      <w:r>
        <w:rPr>
          <w:b w:val="0"/>
          <w:i w:val="0"/>
        </w:rPr>
        <w:t>Y para que así conste, a petición de la persona interesada y a los efectos que le convengan, firmo el presente en [LOCALIDAD], a [FECHA DE EXPEDICIÓN].</w:t>
      </w:r>
    </w:p>
    <w:p>
      <w:r>
        <w:rPr>
          <w:b w:val="0"/>
          <w:i w:val="0"/>
        </w:rPr>
        <w:t>[Firma] · [Nombre y cargo] · [Sello de la empresa]</w:t>
      </w:r>
    </w:p>
    <w:p>
      <w:r>
        <w:br w:type="page"/>
      </w:r>
    </w:p>
    <w:p>
      <w:pPr>
        <w:spacing w:before="200"/>
      </w:pPr>
      <w:r>
        <w:rPr>
          <w:b/>
          <w:color w:val="1E3A5F"/>
        </w:rPr>
        <w:t>SOLICITUD DEL CERTIFICADO (para la persona trabajadora)</w:t>
      </w:r>
    </w:p>
    <w:p>
      <w:r>
        <w:t>[Nombre y apellidos] · DNI/NIE: [número]</w:t>
        <w:br/>
      </w:r>
      <w:r>
        <w:t>A la atención de [Recursos Humanos / Dirección] de [empresa]</w:t>
      </w:r>
    </w:p>
    <w:p>
      <w:r>
        <w:rPr>
          <w:b w:val="0"/>
          <w:i w:val="0"/>
        </w:rPr>
        <w:t>En [localidad], a [fecha].</w:t>
      </w:r>
    </w:p>
    <w:p>
      <w:pPr>
        <w:jc w:val="both"/>
      </w:pPr>
      <w:r>
        <w:rPr>
          <w:b w:val="0"/>
          <w:i w:val="0"/>
        </w:rPr>
        <w:t>Solicito que se me expida un certificado de trabajo (servicios prestados) en el que consten las fechas de alta y baja, la modalidad de contrato, la jornada, el grupo profesional y las funciones desempeñadas, para presentarlo ante [organismo, oposición, bolsa de empleo o empresa]. Ruego me lo remitan a [correo o dirección] antes del [fecha, si hay plazo].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Recibido por la empresa</w:t>
              <w:br/>
            </w:r>
            <w:r>
              <w:t>Fecha:</w:t>
              <w:br/>
            </w:r>
            <w:r>
              <w:br/>
            </w:r>
            <w:r>
              <w:t>Fdo.: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No confundas este documento con el certificado de empresa, que la empresa envía al SEPE por Certific@2 para la prestación por desempleo, ni con el informe de vida laboral, que emite la Tesorería General de la Seguridad Social.</w:t>
      </w:r>
    </w:p>
    <w:p>
      <w:pPr>
        <w:pStyle w:val="ListNumber"/>
      </w:pPr>
      <w:r>
        <w:rPr>
          <w:b w:val="0"/>
        </w:rPr>
        <w:t>Las fechas deben ser exactas y coincidir con las altas y bajas de la vida laboral. Descárgala antes de emitir o pedir el certificado.</w:t>
      </w:r>
    </w:p>
    <w:p>
      <w:pPr>
        <w:pStyle w:val="ListNumber"/>
      </w:pPr>
      <w:r>
        <w:rPr>
          <w:b w:val="0"/>
        </w:rPr>
        <w:t>Incluye solo datos objetivos y necesarios para la finalidad: no pongas salario, bajas médicas, afiliación sindical, causa del cese ni sanciones (principio de minimización, art. 5 del Reglamento (UE) 2016/679, y Ley Orgánica 3/2018).</w:t>
      </w:r>
    </w:p>
    <w:p>
      <w:pPr>
        <w:pStyle w:val="ListNumber"/>
      </w:pPr>
      <w:r>
        <w:rPr>
          <w:b w:val="0"/>
        </w:rPr>
        <w:t>El Estatuto de los Trabajadores no impone con carácter general la obligación de emitirlo; muchos convenios colectivos sí la recogen. Consulta el tuyo.</w:t>
      </w:r>
    </w:p>
    <w:p>
      <w:pPr>
        <w:pStyle w:val="ListNumber"/>
      </w:pPr>
      <w:r>
        <w:rPr>
          <w:b w:val="0"/>
        </w:rPr>
        <w:t>Si se presenta en una oposición o en el extranjero, comprueba si el organismo exige un formato propio, firma electrónica o traducción.</w:t>
      </w:r>
    </w:p>
    <w:p>
      <w:pPr>
        <w:pStyle w:val="ListNumber"/>
      </w:pPr>
      <w:r>
        <w:rPr>
          <w:b w:val="0"/>
        </w:rPr>
        <w:t>Firma una persona con capacidad para hacerlo en nombre de la empresa, con nombre y cargo; añade sello o firma electrónica.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certificado de trabajo (servicios prestados) 2026</dc:title>
  <dc:subject>Certificado de trabajo o de servicios prestados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