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E3A5F"/>
          <w:sz w:val="28"/>
        </w:rPr>
        <w:t>CARTA DE RECOMENDACIÓN LABORAL</w:t>
      </w:r>
    </w:p>
    <w:p>
      <w:pPr>
        <w:jc w:val="center"/>
      </w:pPr>
      <w:r>
        <w:rPr>
          <w:b w:val="0"/>
          <w:i/>
          <w:sz w:val="18"/>
        </w:rPr>
        <w:t>Cuatro modelos. Elige uno, borra los demás y sustituye todos los campos entre corchetes con datos reales y comprobables.</w:t>
      </w:r>
    </w:p>
    <w:p>
      <w:pPr>
        <w:spacing w:before="200"/>
      </w:pPr>
      <w:r>
        <w:rPr>
          <w:b/>
          <w:color w:val="1E3A5F"/>
        </w:rPr>
        <w:t>MODELO A. RESPONSABLE DIRECTO (perfil general u oficios)</w:t>
      </w:r>
    </w:p>
    <w:p>
      <w:r>
        <w:t>[Membrete de la empresa]</w:t>
        <w:br/>
      </w:r>
      <w:r>
        <w:t>[Nombre y apellidos del firmante] — [Cargo]</w:t>
        <w:br/>
      </w:r>
      <w:r>
        <w:t>[Correo corporativo] · [Teléfono]</w:t>
      </w:r>
    </w:p>
    <w:p>
      <w:pPr>
        <w:jc w:val="right"/>
      </w:pPr>
      <w:r>
        <w:rPr>
          <w:b w:val="0"/>
          <w:i w:val="0"/>
        </w:rPr>
        <w:t>[Ciudad], [día] de [mes] de [año]</w:t>
      </w:r>
    </w:p>
    <w:p>
      <w:r>
        <w:rPr>
          <w:b w:val="0"/>
          <w:i w:val="0"/>
        </w:rPr>
        <w:t>A quien corresponda:</w:t>
      </w:r>
    </w:p>
    <w:p>
      <w:pPr>
        <w:jc w:val="both"/>
      </w:pPr>
      <w:r>
        <w:rPr>
          <w:b w:val="0"/>
          <w:i w:val="0"/>
        </w:rPr>
        <w:t>Como [cargo del firmante] de [empresa], supervisé directamente el trabajo de [Nombre del candidato] entre [mes/año] y [mes/año] como [puesto], en [área o centro].</w:t>
      </w:r>
    </w:p>
    <w:p>
      <w:pPr>
        <w:jc w:val="both"/>
      </w:pPr>
      <w:r>
        <w:rPr>
          <w:b w:val="0"/>
          <w:i w:val="0"/>
        </w:rPr>
        <w:t>Sus funciones incluían [función 1], [función 2] y [función 3]. [Dato verificable de volumen o alcance: número de obras, expedientes, clientes o personas coordinadas.]</w:t>
      </w:r>
    </w:p>
    <w:p>
      <w:pPr>
        <w:jc w:val="both"/>
      </w:pPr>
      <w:r>
        <w:rPr>
          <w:b w:val="0"/>
          <w:i w:val="0"/>
        </w:rPr>
        <w:t>Destaco dos aspectos de su trabajo: [hecho concreto 1, con su contexto y resultado] y [hecho concreto 2].</w:t>
      </w:r>
    </w:p>
    <w:p>
      <w:pPr>
        <w:jc w:val="both"/>
      </w:pPr>
      <w:r>
        <w:rPr>
          <w:b w:val="0"/>
          <w:i w:val="0"/>
        </w:rPr>
        <w:t>Lo/La recomiendo para puestos de [tipo de puesto]. Quedo a su disposición en [correo] o [teléfono] para ampliar esta información.</w:t>
      </w:r>
    </w:p>
    <w:p>
      <w:r>
        <w:rPr>
          <w:b w:val="0"/>
          <w:i w:val="0"/>
        </w:rPr>
        <w:t>Atentamente,</w:t>
      </w:r>
    </w:p>
    <w:p>
      <w:r>
        <w:rPr>
          <w:b w:val="0"/>
          <w:i w:val="0"/>
        </w:rPr>
        <w:t>[Firma] · [Nombre y apellidos] — [Cargo] — [Empresa]</w:t>
      </w:r>
    </w:p>
    <w:p>
      <w:r>
        <w:br w:type="page"/>
      </w:r>
    </w:p>
    <w:p>
      <w:pPr>
        <w:spacing w:before="200"/>
      </w:pPr>
      <w:r>
        <w:rPr>
          <w:b/>
          <w:color w:val="1E3A5F"/>
        </w:rPr>
        <w:t>MODELO B. TUTOR DE PRÁCTICAS O PRIMER EMPLEO</w:t>
      </w:r>
    </w:p>
    <w:p>
      <w:r>
        <w:t>[Membrete de la empresa]</w:t>
        <w:br/>
      </w:r>
      <w:r>
        <w:t>[Nombre y apellidos del firmante] — [Cargo] · Tutor/a de prácticas</w:t>
        <w:br/>
      </w:r>
      <w:r>
        <w:t>[Correo corporativo] · [Teléfono]</w:t>
      </w:r>
    </w:p>
    <w:p>
      <w:pPr>
        <w:jc w:val="right"/>
      </w:pPr>
      <w:r>
        <w:rPr>
          <w:b w:val="0"/>
          <w:i w:val="0"/>
        </w:rPr>
        <w:t>[Ciudad], [día] de [mes] de [año]</w:t>
      </w:r>
    </w:p>
    <w:p>
      <w:r>
        <w:rPr>
          <w:b w:val="0"/>
          <w:i w:val="0"/>
        </w:rPr>
        <w:t>A quien corresponda:</w:t>
      </w:r>
    </w:p>
    <w:p>
      <w:pPr>
        <w:jc w:val="both"/>
      </w:pPr>
      <w:r>
        <w:rPr>
          <w:b w:val="0"/>
          <w:i w:val="0"/>
        </w:rPr>
        <w:t>[Nombre del estudiante] realizó sus prácticas en [empresa] entre [mes/año] y [mes/año], con una dedicación de [nº] horas semanales en el departamento de [departamento]. Fui su tutor/a durante todo el periodo.</w:t>
      </w:r>
    </w:p>
    <w:p>
      <w:pPr>
        <w:jc w:val="both"/>
      </w:pPr>
      <w:r>
        <w:rPr>
          <w:b w:val="0"/>
          <w:i w:val="0"/>
        </w:rPr>
        <w:t>Se incorporó a las tareas de [tarea 1] y [tarea 2] y, a partir de [momento], asumió de forma autónoma [tarea]. Preparó además [entregable concreto] que se integró en el trabajo habitual del equipo.</w:t>
      </w:r>
    </w:p>
    <w:p>
      <w:pPr>
        <w:jc w:val="both"/>
      </w:pPr>
      <w:r>
        <w:rPr>
          <w:b w:val="0"/>
          <w:i w:val="0"/>
        </w:rPr>
        <w:t>Lo/La recomiendo para una primera posición de [tipo de puesto]. Quedo a disposición de quien necesite ampliar esta información en [correo].</w:t>
      </w:r>
    </w:p>
    <w:p>
      <w:r>
        <w:rPr>
          <w:b w:val="0"/>
          <w:i w:val="0"/>
        </w:rPr>
        <w:t>Atentamente,</w:t>
      </w:r>
    </w:p>
    <w:p>
      <w:r>
        <w:rPr>
          <w:b w:val="0"/>
          <w:i w:val="0"/>
        </w:rPr>
        <w:t>[Firma] · [Nombre y apellidos] — [Cargo] — [Empresa]</w:t>
      </w:r>
    </w:p>
    <w:p>
      <w:pPr>
        <w:spacing w:before="200"/>
      </w:pPr>
      <w:r>
        <w:rPr>
          <w:b/>
          <w:color w:val="1E3A5F"/>
        </w:rPr>
        <w:t>MODELO C. PARA ESTUDIOS O MÁSTER</w:t>
      </w:r>
    </w:p>
    <w:p>
      <w:r>
        <w:rPr>
          <w:b w:val="0"/>
          <w:i w:val="0"/>
        </w:rPr>
        <w:t>[Membrete] · [Nombre del firmante] — [Cargo] · [Correo] · [Teléfono] · [Ciudad, fecha]</w:t>
      </w:r>
    </w:p>
    <w:p>
      <w:r>
        <w:rPr>
          <w:b w:val="0"/>
          <w:i w:val="0"/>
        </w:rPr>
        <w:t>Comité de Admisiones de [programa] — [universidad o escuela]</w:t>
      </w:r>
    </w:p>
    <w:p>
      <w:pPr>
        <w:jc w:val="both"/>
      </w:pPr>
      <w:r>
        <w:rPr>
          <w:b w:val="0"/>
          <w:i w:val="0"/>
        </w:rPr>
        <w:t>Escribo en apoyo de la candidatura de [Nombre] al programa [nombre]. Conozco su trabajo desde [mes/año], cuando se incorporó a [empresa o departamento] como [puesto], y he supervisado su actividad durante [duración].</w:t>
      </w:r>
    </w:p>
    <w:p>
      <w:pPr>
        <w:jc w:val="both"/>
      </w:pPr>
      <w:r>
        <w:rPr>
          <w:b w:val="0"/>
          <w:i w:val="0"/>
        </w:rPr>
        <w:t>Su trabajo se centró en [ámbito]. [Dos observaciones concretas sobre su capacidad de análisis, constancia o comunicación, cada una con un ejemplo.]</w:t>
      </w:r>
    </w:p>
    <w:p>
      <w:pPr>
        <w:jc w:val="both"/>
      </w:pPr>
      <w:r>
        <w:rPr>
          <w:b w:val="0"/>
          <w:i w:val="0"/>
        </w:rPr>
        <w:t>Recomiendo su admisión y quedo a su disposición en [correo] para cualquier consulta.</w:t>
      </w:r>
    </w:p>
    <w:p>
      <w:r>
        <w:rPr>
          <w:b w:val="0"/>
          <w:i w:val="0"/>
        </w:rPr>
        <w:t>[Firma] · [Nombre y apellidos] — [Cargo] — [Institución]</w:t>
      </w:r>
    </w:p>
    <w:p>
      <w:r>
        <w:br w:type="page"/>
      </w:r>
    </w:p>
    <w:p>
      <w:pPr>
        <w:spacing w:before="200"/>
      </w:pPr>
      <w:r>
        <w:rPr>
          <w:b/>
          <w:color w:val="1E3A5F"/>
        </w:rPr>
        <w:t>MODELO D. CARTA NEUTRA (solo hechos, sin valoración)</w:t>
      </w:r>
    </w:p>
    <w:p>
      <w:r>
        <w:t>[Membrete de la empresa]</w:t>
        <w:br/>
      </w:r>
      <w:r>
        <w:t>Departamento de Recursos Humanos</w:t>
        <w:br/>
      </w:r>
      <w:r>
        <w:t>[Correo corporativo] · [Teléfono]</w:t>
      </w:r>
    </w:p>
    <w:p>
      <w:pPr>
        <w:jc w:val="right"/>
      </w:pPr>
      <w:r>
        <w:rPr>
          <w:b w:val="0"/>
          <w:i w:val="0"/>
        </w:rPr>
        <w:t>[Ciudad], [día] de [mes] de [año]</w:t>
      </w:r>
    </w:p>
    <w:p>
      <w:r>
        <w:rPr>
          <w:b w:val="0"/>
          <w:i w:val="0"/>
        </w:rPr>
        <w:t>A quien corresponda:</w:t>
      </w:r>
    </w:p>
    <w:p>
      <w:pPr>
        <w:jc w:val="both"/>
      </w:pPr>
      <w:r>
        <w:rPr>
          <w:b w:val="0"/>
          <w:i w:val="0"/>
        </w:rPr>
        <w:t>Por la presente se hace constar que [Nombre y apellidos] ha prestado servicios en [empresa] desde el [fecha de alta] hasta el [fecha de baja], con la categoría profesional de [categoría según convenio], desempeñando, entre otras, las funciones de [función 1], [función 2] y [función 3].</w:t>
      </w:r>
    </w:p>
    <w:p>
      <w:pPr>
        <w:jc w:val="both"/>
      </w:pPr>
      <w:r>
        <w:rPr>
          <w:b w:val="0"/>
          <w:i w:val="0"/>
        </w:rPr>
        <w:t>Se expide el presente escrito a petición de la persona interesada, a los efectos que estime oportunos.</w:t>
      </w:r>
    </w:p>
    <w:p>
      <w:r>
        <w:rPr>
          <w:b w:val="0"/>
          <w:i w:val="0"/>
        </w:rPr>
        <w:t>[Firma y sello] · [Nombre y apellidos] — [Cargo]</w:t>
      </w:r>
    </w:p>
    <w:p>
      <w:r>
        <w:br w:type="page"/>
      </w:r>
    </w:p>
    <w:p>
      <w:pPr>
        <w:spacing w:before="200"/>
      </w:pPr>
      <w:r>
        <w:rPr>
          <w:b/>
          <w:color w:val="1E3A5F"/>
        </w:rPr>
        <w:t>INSTRUCCIONES DE USO Y COMPROBACIONES (elimina esta página antes de entregar el documento)</w:t>
      </w:r>
    </w:p>
    <w:p>
      <w:pPr>
        <w:pStyle w:val="ListNumber"/>
      </w:pPr>
      <w:r>
        <w:rPr>
          <w:b w:val="0"/>
        </w:rPr>
        <w:t>Elige un único modelo y adáptalo: una carta de una página, con dos hechos concretos y verificables, vale más que una lista de adjetivos.</w:t>
      </w:r>
    </w:p>
    <w:p>
      <w:pPr>
        <w:pStyle w:val="ListNumber"/>
      </w:pPr>
      <w:r>
        <w:rPr>
          <w:b w:val="0"/>
        </w:rPr>
        <w:t>Firma con nombre, cargo, empresa y un contacto que funcione. Si quien firma ya no está en la empresa, que indique el cargo que tenía y use datos de contacto personales, sin membrete.</w:t>
      </w:r>
    </w:p>
    <w:p>
      <w:pPr>
        <w:pStyle w:val="ListNumber"/>
      </w:pPr>
      <w:r>
        <w:rPr>
          <w:b w:val="0"/>
        </w:rPr>
        <w:t>No incluyas datos de salud, bajas, embarazo, afiliación sindical, ideología, situación familiar, salario ni la causa de la salida: son datos innecesarios o de categoría especial (arts. 5 y 9 del Reglamento (UE) 2016/679).</w:t>
      </w:r>
    </w:p>
    <w:p>
      <w:pPr>
        <w:pStyle w:val="ListNumber"/>
      </w:pPr>
      <w:r>
        <w:rPr>
          <w:b w:val="0"/>
        </w:rPr>
        <w:t>Cada cifra que aparezca debe poder defenderse en una entrevista. Si no se midió, se dice en cualitativo.</w:t>
      </w:r>
    </w:p>
    <w:p>
      <w:pPr>
        <w:pStyle w:val="ListNumber"/>
      </w:pPr>
      <w:r>
        <w:rPr>
          <w:b w:val="0"/>
        </w:rPr>
        <w:t>La carta es voluntaria: ninguna norma obliga a la empresa a recomendar. Si solo necesitas acreditar fechas y categoría, pide un certificado de servicios prestados o descarga la vida laboral.</w:t>
      </w:r>
    </w:p>
    <w:p>
      <w:pPr>
        <w:pStyle w:val="ListNumber"/>
      </w:pPr>
      <w:r>
        <w:rPr>
          <w:b w:val="0"/>
        </w:rPr>
        <w:t>Quien la redacte puede preparar un borrador para que el firmante lo revise; firmar por otra persona o usar su firma sin permiso no es admisible.</w:t>
      </w:r>
    </w:p>
    <w:p>
      <w:r>
        <w:rPr>
          <w:b w:val="0"/>
          <w:i/>
          <w:sz w:val="18"/>
        </w:rPr>
        <w:t>Modelo orientativo de carácter general elaborado por la Redacción de Ofizio (Mercadonet Global S.L.). No es asesoramiento jurídico: comprueba la redacción vigente de la norma en el BOE y tu convenio colectivo, y consulta con una asesoría laboral o un abogado si hay riesgo de conflicto.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Plantilla gratuita de ofizio.eu · Redacción Ofizio · Mercadonet Global S.L. · No constituye asesoramiento jurídico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B7280"/>
        <w:sz w:val="16"/>
      </w:rPr>
      <w:t>Modelo orientativo de Ofizio (ofizio.eu) · Adáptalo a tu caso y a tu convenio colectivo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recomendación laboral 2026 (modelos)</dc:title>
  <dc:subject>Carta de recomendación laboral</dc:subject>
  <dc:creator>Redacción Ofizio · Mercadonet Global S.L.</dc:creator>
  <cp:keywords>ofizio, plantilla laboral, modelo</cp:keywords>
  <dc:description>Modelo orientativo. Revise la normativa vigente y su convenio colectivo.</dc:description>
  <cp:lastModifiedBy>Redacción Ofizio</cp:lastModifiedBy>
  <cp:revision>1</cp:revision>
  <dcterms:created xsi:type="dcterms:W3CDTF">2026-10-08T09:00:00Z</dcterms:created>
  <dcterms:modified xsi:type="dcterms:W3CDTF">2026-10-08T09:00:00Z</dcterms:modified>
  <cp:category/>
</cp:coreProperties>
</file>