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CARTA DE BAJA VOLUNTARIA (DIMISIÓN)</w:t>
      </w:r>
    </w:p>
    <w:p>
      <w:pPr>
        <w:jc w:val="center"/>
      </w:pPr>
      <w:r>
        <w:rPr>
          <w:b w:val="0"/>
          <w:i/>
          <w:sz w:val="18"/>
        </w:rPr>
        <w:t>Cuatro modelos: elige el que encaje, borra los demás y sustituye todos los campos entre corchetes [ ].</w:t>
      </w:r>
    </w:p>
    <w:p>
      <w:pPr>
        <w:spacing w:before="200"/>
      </w:pPr>
      <w:r>
        <w:rPr>
          <w:b/>
          <w:color w:val="1E3A5F"/>
        </w:rPr>
        <w:t>MODELO 1. BAJA VOLUNTARIA CUMPLIENDO EL PREAVISO</w:t>
      </w:r>
    </w:p>
    <w:p>
      <w:r>
        <w:t>[Nombre y apellidos]</w:t>
        <w:br/>
      </w:r>
      <w:r>
        <w:t>DNI/NIE: [número]</w:t>
        <w:br/>
      </w:r>
      <w:r>
        <w:t>Domicilio: [calle, número, código postal y localidad]</w:t>
        <w:br/>
      </w:r>
      <w:r>
        <w:t>Teléfono: [número] · Correo electrónico: [dirección]</w:t>
      </w:r>
    </w:p>
    <w:p>
      <w:r>
        <w:t>A la atención de [Departamento de Recursos Humanos / Dirección]</w:t>
        <w:br/>
      </w:r>
      <w:r>
        <w:t>[Razón social de la empresa], CIF [número]</w:t>
        <w:br/>
      </w:r>
      <w:r>
        <w:t>[Domicilio del centro de trabajo]</w:t>
      </w:r>
    </w:p>
    <w:p>
      <w:r>
        <w:rPr>
          <w:b w:val="0"/>
          <w:i w:val="0"/>
        </w:rPr>
        <w:t>En [localidad], a [día] de [mes] de [año].</w:t>
      </w:r>
    </w:p>
    <w:p>
      <w:r>
        <w:rPr>
          <w:b/>
          <w:i w:val="0"/>
        </w:rPr>
        <w:t>Asunto:</w:t>
      </w:r>
      <w:r>
        <w:rPr>
          <w:b w:val="0"/>
          <w:i w:val="0"/>
        </w:rPr>
        <w:t xml:space="preserve"> comunicación de baja voluntaria.</w:t>
      </w:r>
    </w:p>
    <w:p>
      <w:r>
        <w:rPr>
          <w:b w:val="0"/>
          <w:i w:val="0"/>
        </w:rPr>
        <w:t>Estimados señores:</w:t>
      </w:r>
    </w:p>
    <w:p>
      <w:pPr>
        <w:jc w:val="both"/>
      </w:pPr>
      <w:r>
        <w:rPr>
          <w:b w:val="0"/>
          <w:i w:val="0"/>
        </w:rPr>
        <w:t>Por medio del presente escrito les comunico mi decisión de extinguir voluntariamente, por dimisión, el contrato de trabajo que me vincula a [razón social de la empresa], en el que presto servicios como [puesto o categoría profesional] desde el [fecha de inicio], al amparo del artículo 49.1.d) del texto refundido de la Ley del Estatuto de los Trabajadores.</w:t>
      </w:r>
    </w:p>
    <w:p>
      <w:pPr>
        <w:jc w:val="both"/>
      </w:pPr>
      <w:r>
        <w:rPr>
          <w:b w:val="0"/>
          <w:i w:val="0"/>
        </w:rPr>
        <w:t>Mi último día efectivo de trabajo será el [día] de [mes] de [año], respetando el plazo de preaviso de [número] días establecido en el artículo [número] del [convenio colectivo aplicable].</w:t>
      </w:r>
    </w:p>
    <w:p>
      <w:pPr>
        <w:jc w:val="both"/>
      </w:pPr>
      <w:r>
        <w:rPr>
          <w:b w:val="0"/>
          <w:i w:val="0"/>
        </w:rPr>
        <w:t>Durante este periodo quedo a su disposición para cerrar las tareas pendientes y facilitar el traspaso de funciones a la persona que designen.</w:t>
      </w:r>
    </w:p>
    <w:p>
      <w:pPr>
        <w:jc w:val="both"/>
      </w:pPr>
      <w:r>
        <w:rPr>
          <w:b w:val="0"/>
          <w:i w:val="0"/>
        </w:rPr>
        <w:t>Les ruego que me faciliten la propuesta del documento de liquidación de las cantidades adeudadas (artículo 49.2 del Estatuto de los Trabajadores) y que tramiten la baja en la Seguridad Social y el certificado de empresa con efectos de la fecha indicada.</w:t>
      </w:r>
    </w:p>
    <w:p>
      <w:r>
        <w:rPr>
          <w:b w:val="0"/>
          <w:i w:val="0"/>
        </w:rPr>
        <w:t>Atentamente,</w:t>
      </w:r>
    </w:p>
    <w:tbl>
      <w:tblPr>
        <w:tblW w:type="auto" w:w="0"/>
        <w:tblLook w:firstColumn="1" w:firstRow="1" w:lastColumn="0" w:lastRow="0" w:noHBand="0" w:noVBand="1" w:val="04A0"/>
      </w:tblPr>
      <w:tblGrid>
        <w:gridCol w:w="4759"/>
        <w:gridCol w:w="4759"/>
      </w:tblGrid>
      <w:tr>
        <w:tc>
          <w:tcPr>
            <w:tcW w:type="dxa" w:w="4759"/>
          </w:tcPr>
          <w:p>
            <w:r/>
            <w:r>
              <w:t>Firma de la persona trabajadora</w:t>
              <w:br/>
            </w:r>
            <w:r>
              <w:br/>
            </w:r>
            <w:r>
              <w:br/>
            </w:r>
            <w:r>
              <w:t>Fdo.: [nombre y apellidos]</w:t>
            </w:r>
          </w:p>
        </w:tc>
        <w:tc>
          <w:tcPr>
            <w:tcW w:type="dxa" w:w="4759"/>
          </w:tcPr>
          <w:p>
            <w:r/>
            <w:r>
              <w:t>Recibido por la empresa</w:t>
              <w:br/>
            </w:r>
            <w:r>
              <w:t>[nombre, cargo, sello]</w:t>
              <w:br/>
            </w:r>
            <w:r>
              <w:t>Fecha de recepción: [día/mes/año]</w:t>
              <w:br/>
            </w:r>
            <w:r>
              <w:br/>
            </w:r>
            <w:r>
              <w:t>Fdo.:</w:t>
            </w:r>
          </w:p>
        </w:tc>
      </w:tr>
    </w:tbl>
    <w:p/>
    <w:p>
      <w:r>
        <w:br w:type="page"/>
      </w:r>
    </w:p>
    <w:p>
      <w:pPr>
        <w:spacing w:before="200"/>
      </w:pPr>
      <w:r>
        <w:rPr>
          <w:b/>
          <w:color w:val="1E3A5F"/>
        </w:rPr>
        <w:t>MODELO 2. BAJA VOLUNTARIA SIN CUMPLIR EL PREAVISO</w:t>
      </w:r>
    </w:p>
    <w:p>
      <w:r>
        <w:rPr>
          <w:b w:val="0"/>
          <w:i w:val="0"/>
        </w:rPr>
        <w:t>[Encabezado con tus datos y los de la empresa, como en el modelo 1]</w:t>
      </w:r>
    </w:p>
    <w:p>
      <w:r>
        <w:rPr>
          <w:b w:val="0"/>
          <w:i w:val="0"/>
        </w:rPr>
        <w:t>En [localidad], a [día] de [mes] de [año].</w:t>
      </w:r>
    </w:p>
    <w:p>
      <w:r>
        <w:rPr>
          <w:b/>
          <w:i w:val="0"/>
        </w:rPr>
        <w:t>Asunto:</w:t>
      </w:r>
      <w:r>
        <w:rPr>
          <w:b w:val="0"/>
          <w:i w:val="0"/>
        </w:rPr>
        <w:t xml:space="preserve"> baja voluntaria sin cumplimiento íntegro del plazo de preaviso.</w:t>
      </w:r>
    </w:p>
    <w:p>
      <w:r>
        <w:rPr>
          <w:b w:val="0"/>
          <w:i w:val="0"/>
        </w:rPr>
        <w:t>Estimados señores:</w:t>
      </w:r>
    </w:p>
    <w:p>
      <w:pPr>
        <w:jc w:val="both"/>
      </w:pPr>
      <w:r>
        <w:rPr>
          <w:b w:val="0"/>
          <w:i w:val="0"/>
        </w:rPr>
        <w:t>Les comunico mi decisión de extinguir voluntariamente mi contrato de trabajo como [puesto], siendo mi último día efectivo de trabajo el [día] de [mes] de [año].</w:t>
      </w:r>
    </w:p>
    <w:p>
      <w:pPr>
        <w:jc w:val="both"/>
      </w:pPr>
      <w:r>
        <w:rPr>
          <w:b w:val="0"/>
          <w:i w:val="0"/>
        </w:rPr>
        <w:t>Por circunstancias personales no me es posible completar el plazo de preaviso de [número] días previsto en el [convenio colectivo aplicable / contrato]. Soy consciente de que ello permite a la empresa descontar de la liquidación el salario correspondiente a los [número] días de preaviso no cumplidos, y solicito que dicho descuento figure desglosado en el documento de liquidación.</w:t>
      </w:r>
    </w:p>
    <w:p>
      <w:r>
        <w:rPr>
          <w:b w:val="0"/>
          <w:i w:val="0"/>
        </w:rPr>
        <w:t>Atentamente,</w:t>
      </w:r>
    </w:p>
    <w:tbl>
      <w:tblPr>
        <w:tblW w:type="auto" w:w="0"/>
        <w:tblLook w:firstColumn="1" w:firstRow="1" w:lastColumn="0" w:lastRow="0" w:noHBand="0" w:noVBand="1" w:val="04A0"/>
      </w:tblPr>
      <w:tblGrid>
        <w:gridCol w:w="4759"/>
        <w:gridCol w:w="4759"/>
      </w:tblGrid>
      <w:tr>
        <w:tc>
          <w:tcPr>
            <w:tcW w:type="dxa" w:w="4759"/>
          </w:tcPr>
          <w:p>
            <w:r/>
            <w:r>
              <w:t>Fdo.: [nombre y apellidos]</w:t>
              <w:br/>
            </w:r>
            <w:r>
              <w:t>DNI/NIE: [número]</w:t>
            </w:r>
          </w:p>
        </w:tc>
        <w:tc>
          <w:tcPr>
            <w:tcW w:type="dxa" w:w="4759"/>
          </w:tcPr>
          <w:p>
            <w:r/>
            <w:r>
              <w:t>Recibido por la empresa</w:t>
              <w:br/>
            </w:r>
            <w:r>
              <w:t>Fecha de recepción: [día/mes/año]</w:t>
              <w:br/>
            </w:r>
            <w:r>
              <w:br/>
            </w:r>
            <w:r>
              <w:t>Fdo.:</w:t>
            </w:r>
          </w:p>
        </w:tc>
      </w:tr>
    </w:tbl>
    <w:p/>
    <w:p>
      <w:pPr>
        <w:spacing w:before="200"/>
      </w:pPr>
      <w:r>
        <w:rPr>
          <w:b/>
          <w:color w:val="1E3A5F"/>
        </w:rPr>
        <w:t>MODELO 3. BAJA VOLUNTARIA SOLICITANDO QUE SE ACORTE EL PREAVISO</w:t>
      </w:r>
    </w:p>
    <w:p>
      <w:r>
        <w:rPr>
          <w:b w:val="0"/>
          <w:i w:val="0"/>
        </w:rPr>
        <w:t>[Encabezado con tus datos y los de la empresa, como en el modelo 1]</w:t>
      </w:r>
    </w:p>
    <w:p>
      <w:r>
        <w:rPr>
          <w:b w:val="0"/>
          <w:i w:val="0"/>
        </w:rPr>
        <w:t>En [localidad], a [día] de [mes] de [año].</w:t>
      </w:r>
    </w:p>
    <w:p>
      <w:r>
        <w:rPr>
          <w:b/>
          <w:i w:val="0"/>
        </w:rPr>
        <w:t>Asunto:</w:t>
      </w:r>
      <w:r>
        <w:rPr>
          <w:b w:val="0"/>
          <w:i w:val="0"/>
        </w:rPr>
        <w:t xml:space="preserve"> baja voluntaria y solicitud de exoneración parcial del preaviso.</w:t>
      </w:r>
    </w:p>
    <w:p>
      <w:r>
        <w:rPr>
          <w:b w:val="0"/>
          <w:i w:val="0"/>
        </w:rPr>
        <w:t>Estimados señores:</w:t>
      </w:r>
    </w:p>
    <w:p>
      <w:pPr>
        <w:jc w:val="both"/>
      </w:pPr>
      <w:r>
        <w:rPr>
          <w:b w:val="0"/>
          <w:i w:val="0"/>
        </w:rPr>
        <w:t>Comunico mi decisión de causar baja voluntaria en la empresa, en la que presto servicios como [puesto] desde el [fecha]. Cumpliendo el preaviso de [número] días del [convenio colectivo aplicable], mi último día de trabajo sería el [fecha con preaviso completo].</w:t>
      </w:r>
    </w:p>
    <w:p>
      <w:pPr>
        <w:jc w:val="both"/>
      </w:pPr>
      <w:r>
        <w:rPr>
          <w:b w:val="0"/>
          <w:i w:val="0"/>
        </w:rPr>
        <w:t>Les solicito, si su organización lo permite, que me eximan de los últimos [número] días de dicho plazo, de forma que mi último día efectivo sea el [fecha solicitada]. Antes de esa fecha dejaré documentados y traspasados los asuntos siguientes: [enumerar tareas, proyectos o clientes].</w:t>
      </w:r>
    </w:p>
    <w:p>
      <w:pPr>
        <w:jc w:val="both"/>
      </w:pPr>
      <w:r>
        <w:rPr>
          <w:b w:val="0"/>
          <w:i w:val="0"/>
        </w:rPr>
        <w:t>Les ruego que me confirmen por escrito la fecha de extinción que acuerden. En ausencia de respuesta, entenderé que debo cumplir el preaviso completo hasta el [fecha con preaviso completo].</w:t>
      </w:r>
    </w:p>
    <w:p>
      <w:r>
        <w:rPr>
          <w:b w:val="0"/>
          <w:i w:val="0"/>
        </w:rPr>
        <w:t>Atentamente,</w:t>
      </w:r>
    </w:p>
    <w:tbl>
      <w:tblPr>
        <w:tblW w:type="auto" w:w="0"/>
        <w:tblLook w:firstColumn="1" w:firstRow="1" w:lastColumn="0" w:lastRow="0" w:noHBand="0" w:noVBand="1" w:val="04A0"/>
      </w:tblPr>
      <w:tblGrid>
        <w:gridCol w:w="4759"/>
        <w:gridCol w:w="4759"/>
      </w:tblGrid>
      <w:tr>
        <w:tc>
          <w:tcPr>
            <w:tcW w:type="dxa" w:w="4759"/>
          </w:tcPr>
          <w:p>
            <w:r/>
            <w:r>
              <w:t>Fdo.: [nombre y apellidos]</w:t>
              <w:br/>
            </w:r>
            <w:r>
              <w:t>DNI/NIE: [número]</w:t>
            </w:r>
          </w:p>
        </w:tc>
        <w:tc>
          <w:tcPr>
            <w:tcW w:type="dxa" w:w="4759"/>
          </w:tcPr>
          <w:p>
            <w:r/>
            <w:r>
              <w:t>Recibido por la empresa</w:t>
              <w:br/>
            </w:r>
            <w:r>
              <w:t>Fecha de recepción: [día/mes/año]</w:t>
              <w:br/>
            </w:r>
            <w:r>
              <w:br/>
            </w:r>
            <w:r>
              <w:t>Fdo.:</w:t>
            </w:r>
          </w:p>
        </w:tc>
      </w:tr>
    </w:tbl>
    <w:p/>
    <w:p>
      <w:r>
        <w:br w:type="page"/>
      </w:r>
    </w:p>
    <w:p>
      <w:pPr>
        <w:spacing w:before="200"/>
      </w:pPr>
      <w:r>
        <w:rPr>
          <w:b/>
          <w:color w:val="1E3A5F"/>
        </w:rPr>
        <w:t>MODELO 4. TEXTO PARA BUROFAX (con acuse de recibo y certificación de contenido)</w:t>
      </w:r>
    </w:p>
    <w:p>
      <w:r>
        <w:rPr>
          <w:b/>
          <w:i w:val="0"/>
        </w:rPr>
        <w:t>REMITENTE:</w:t>
      </w:r>
      <w:r>
        <w:rPr>
          <w:b w:val="0"/>
          <w:i w:val="0"/>
        </w:rPr>
        <w:t xml:space="preserve"> [Nombre y apellidos], DNI/NIE [número], con domicilio en [dirección completa].</w:t>
      </w:r>
    </w:p>
    <w:p>
      <w:r>
        <w:rPr>
          <w:b/>
          <w:i w:val="0"/>
        </w:rPr>
        <w:t>DESTINATARIO:</w:t>
      </w:r>
      <w:r>
        <w:rPr>
          <w:b w:val="0"/>
          <w:i w:val="0"/>
        </w:rPr>
        <w:t xml:space="preserve"> [Razón social], CIF [número], con domicilio en [dirección completa]. A la atención del departamento de Recursos Humanos.</w:t>
      </w:r>
    </w:p>
    <w:p>
      <w:r>
        <w:rPr>
          <w:b w:val="0"/>
          <w:i w:val="0"/>
        </w:rPr>
        <w:t>En [localidad], a [día] de [mes] de [año].</w:t>
      </w:r>
    </w:p>
    <w:p>
      <w:r>
        <w:rPr>
          <w:b w:val="0"/>
          <w:i w:val="0"/>
        </w:rPr>
        <w:t>Muy señores míos:</w:t>
      </w:r>
    </w:p>
    <w:p>
      <w:pPr>
        <w:jc w:val="both"/>
      </w:pPr>
      <w:r>
        <w:rPr>
          <w:b w:val="0"/>
          <w:i w:val="0"/>
        </w:rPr>
        <w:t>Mediante el presente burofax, con acuse de recibo y certificación de contenido, COMUNICO:</w:t>
      </w:r>
    </w:p>
    <w:p>
      <w:pPr>
        <w:jc w:val="both"/>
      </w:pPr>
      <w:r>
        <w:rPr>
          <w:b/>
          <w:i w:val="0"/>
        </w:rPr>
        <w:t>PRIMERO.</w:t>
      </w:r>
      <w:r>
        <w:rPr>
          <w:b w:val="0"/>
          <w:i w:val="0"/>
        </w:rPr>
        <w:t xml:space="preserve"> Que presto servicios para esa empresa desde el [fecha de alta] con la categoría de [puesto], en el centro de trabajo sito en [dirección], y que me es de aplicación el [convenio colectivo].</w:t>
      </w:r>
    </w:p>
    <w:p>
      <w:pPr>
        <w:jc w:val="both"/>
      </w:pPr>
      <w:r>
        <w:rPr>
          <w:b/>
          <w:i w:val="0"/>
        </w:rPr>
        <w:t>SEGUNDO.</w:t>
      </w:r>
      <w:r>
        <w:rPr>
          <w:b w:val="0"/>
          <w:i w:val="0"/>
        </w:rPr>
        <w:t xml:space="preserve"> Que comunico mi voluntad de extinguir el contrato de trabajo por dimisión, al amparo del artículo 49.1.d) del Estatuto de los Trabajadores, siendo mi último día efectivo de prestación de servicios el [día] de [mes] de [año].</w:t>
      </w:r>
    </w:p>
    <w:p>
      <w:pPr>
        <w:jc w:val="both"/>
      </w:pPr>
      <w:r>
        <w:rPr>
          <w:b/>
          <w:i w:val="0"/>
        </w:rPr>
        <w:t>TERCERO.</w:t>
      </w:r>
      <w:r>
        <w:rPr>
          <w:b w:val="0"/>
          <w:i w:val="0"/>
        </w:rPr>
        <w:t xml:space="preserve"> Que con esta comunicación cumplo el plazo de preaviso de [número] días previsto en el artículo [número] del citado convenio colectivo.</w:t>
      </w:r>
    </w:p>
    <w:p>
      <w:pPr>
        <w:jc w:val="both"/>
      </w:pPr>
      <w:r>
        <w:rPr>
          <w:b/>
          <w:i w:val="0"/>
        </w:rPr>
        <w:t>CUARTO.</w:t>
      </w:r>
      <w:r>
        <w:rPr>
          <w:b w:val="0"/>
          <w:i w:val="0"/>
        </w:rPr>
        <w:t xml:space="preserve"> Que solicito la propuesta del documento de liquidación de las cantidades adeudadas conforme al artículo 49.2 del Estatuto de los Trabajadores, el certificado de empresa y la tramitación de la baja en la Seguridad Social con efectos de la fecha señalada.</w:t>
      </w:r>
    </w:p>
    <w:p>
      <w:r>
        <w:rPr>
          <w:b w:val="0"/>
          <w:i w:val="0"/>
        </w:rPr>
        <w:t>Atentamente,</w:t>
      </w:r>
    </w:p>
    <w:p>
      <w:r>
        <w:rPr>
          <w:b w:val="0"/>
          <w:i w:val="0"/>
        </w:rPr>
        <w:t>Fdo.: [nombre y apellidos]</w:t>
      </w:r>
    </w:p>
    <w:p>
      <w:r>
        <w:br w:type="page"/>
      </w:r>
    </w:p>
    <w:p>
      <w:pPr>
        <w:spacing w:before="200"/>
      </w:pPr>
      <w:r>
        <w:rPr>
          <w:b/>
          <w:color w:val="1E3A5F"/>
        </w:rPr>
        <w:t>INSTRUCCIONES DE USO Y COMPROBACIONES (elimina esta página antes de entregar el documento)</w:t>
      </w:r>
    </w:p>
    <w:p>
      <w:pPr>
        <w:pStyle w:val="ListNumber"/>
      </w:pPr>
      <w:r>
        <w:rPr>
          <w:b w:val="0"/>
        </w:rPr>
        <w:t>Elige un único modelo, borra los demás y revisa que no quede ningún corchete. La fecha de la carta debe ser la del día en que la entregas.</w:t>
      </w:r>
    </w:p>
    <w:p>
      <w:pPr>
        <w:pStyle w:val="ListNumber"/>
      </w:pPr>
      <w:r>
        <w:rPr>
          <w:b w:val="0"/>
        </w:rPr>
        <w:t>Busca en tu convenio colectivo el artículo de «cese voluntario» o «preaviso»: el Estatuto no fija días y remite al convenio o a la costumbre del lugar (art. 49.1.d ET).</w:t>
      </w:r>
    </w:p>
    <w:p>
      <w:pPr>
        <w:pStyle w:val="ListNumber"/>
      </w:pPr>
      <w:r>
        <w:rPr>
          <w:b w:val="0"/>
        </w:rPr>
        <w:t>Los días de preaviso se cuentan desde que la empresa recibe la carta. Imprime dos ejemplares, entrega uno y consigue en el otro firma, sello y fecha de recepción.</w:t>
      </w:r>
    </w:p>
    <w:p>
      <w:pPr>
        <w:pStyle w:val="ListNumber"/>
      </w:pPr>
      <w:r>
        <w:rPr>
          <w:b w:val="0"/>
        </w:rPr>
        <w:t>Si la empresa no firma la recepción, envía el texto del modelo 4 por burofax con acuse de recibo y certificación de contenido.</w:t>
      </w:r>
    </w:p>
    <w:p>
      <w:pPr>
        <w:pStyle w:val="ListNumber"/>
      </w:pPr>
      <w:r>
        <w:rPr>
          <w:b w:val="0"/>
        </w:rPr>
        <w:t>La baja voluntaria no es situación legal de desempleo (art. 267 LGSS): no da derecho al paro. Si te vas por impagos, acoso o cambios impuestos, consulta antes la vía del art. 50 ET con un abogado laboralista o tu sindicato.</w:t>
      </w:r>
    </w:p>
    <w:p>
      <w:pPr>
        <w:pStyle w:val="ListNumber"/>
      </w:pPr>
      <w:r>
        <w:rPr>
          <w:b w:val="0"/>
        </w:rPr>
        <w:t>Pide la propuesta de liquidación antes de firmar el finiquito; puedes firmar «recibí, no conforme» y pedir la presencia de un representante legal (art. 49.2 ET).</w:t>
      </w:r>
    </w:p>
    <w:p>
      <w:pPr>
        <w:pStyle w:val="ListNumber"/>
      </w:pPr>
      <w:r>
        <w:rPr>
          <w:b w:val="0"/>
        </w:rPr>
        <w:t>Después de la fecha de baja, descarga tu informe de vida laboral y comprueba que la baja consta en la fecha correcta.</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headerReference w:type="default" r:id="rId9"/>
      <w:footerReference w:type="default" r:id="rId10"/>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baja voluntaria 2026 (cuatro modelos)</dc:title>
  <dc:subject>Dimisión del trabajador (art. 49.1.d ET)</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