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200" w:after="80"/>
      </w:pPr>
      <w:r>
        <w:rPr>
          <w:b/>
          <w:color w:val="1E3A5F"/>
        </w:rPr>
        <w:t>HOJA DE VIDA</w:t>
      </w:r>
    </w:p>
    <w:p>
      <w:pPr>
        <w:keepNext/>
        <w:spacing w:before="200" w:after="80"/>
      </w:pPr>
      <w:r>
        <w:rPr>
          <w:b/>
          <w:color w:val="1E3A5F"/>
        </w:rPr>
        <w:t>Datos personales</w:t>
      </w:r>
    </w:p>
    <w:tbl>
      <w:tblPr>
        <w:tblW w:type="auto" w:w="0"/>
        <w:jc w:val="center"/>
        <w:tblLayout w:type="fixed"/>
        <w:tblLook w:firstColumn="1" w:firstRow="1" w:lastColumn="0" w:lastRow="0" w:noHBand="0" w:noVBand="1" w:val="04A0"/>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Pr>
      <w:tblGrid>
        <w:gridCol w:w="4986"/>
        <w:gridCol w:w="4986"/>
      </w:tblGrid>
      <w:tr>
        <w:tc>
          <w:tcPr>
            <w:tcW w:type="dxa" w:w="3590"/>
          </w:tcPr>
          <w:p>
            <w:pPr>
              <w:spacing w:after="40" w:before="40"/>
            </w:pPr>
            <w:r>
              <w:rPr>
                <w:b/>
                <w:sz w:val="20"/>
              </w:rPr>
              <w:t>Nombres y apellidos:</w:t>
            </w:r>
          </w:p>
        </w:tc>
        <w:tc>
          <w:tcPr>
            <w:tcW w:type="dxa" w:w="6382"/>
          </w:tcPr>
          <w:p>
            <w:pPr>
              <w:spacing w:after="40" w:before="40"/>
            </w:pPr>
            <w:r>
              <w:rPr>
                <w:sz w:val="20"/>
                <w:highlight w:val="yellow"/>
              </w:rPr>
              <w:t>[nombres y apellidos]</w:t>
            </w:r>
          </w:p>
        </w:tc>
      </w:tr>
      <w:tr>
        <w:tc>
          <w:tcPr>
            <w:tcW w:type="dxa" w:w="3590"/>
          </w:tcPr>
          <w:p>
            <w:pPr>
              <w:spacing w:after="40" w:before="40"/>
            </w:pPr>
            <w:r>
              <w:rPr>
                <w:b/>
                <w:sz w:val="20"/>
              </w:rPr>
              <w:t>Documento de identidad:</w:t>
            </w:r>
          </w:p>
        </w:tc>
        <w:tc>
          <w:tcPr>
            <w:tcW w:type="dxa" w:w="6382"/>
          </w:tcPr>
          <w:p>
            <w:pPr>
              <w:spacing w:after="40" w:before="40"/>
            </w:pPr>
            <w:r>
              <w:rPr>
                <w:sz w:val="20"/>
                <w:highlight w:val="yellow"/>
              </w:rPr>
              <w:t>[C.C., C.E. o pasaporte]</w:t>
            </w:r>
            <w:r>
              <w:rPr>
                <w:sz w:val="20"/>
              </w:rPr>
              <w:t xml:space="preserve"> No. </w:t>
            </w:r>
            <w:r>
              <w:rPr>
                <w:sz w:val="20"/>
                <w:highlight w:val="yellow"/>
              </w:rPr>
              <w:t>[número]</w:t>
            </w:r>
          </w:p>
        </w:tc>
      </w:tr>
      <w:tr>
        <w:tc>
          <w:tcPr>
            <w:tcW w:type="dxa" w:w="3590"/>
          </w:tcPr>
          <w:p>
            <w:pPr>
              <w:spacing w:after="40" w:before="40"/>
            </w:pPr>
            <w:r>
              <w:rPr>
                <w:b/>
                <w:sz w:val="20"/>
              </w:rPr>
              <w:t>Ciudad de residencia:</w:t>
            </w:r>
          </w:p>
        </w:tc>
        <w:tc>
          <w:tcPr>
            <w:tcW w:type="dxa" w:w="6382"/>
          </w:tcPr>
          <w:p>
            <w:pPr>
              <w:spacing w:after="40" w:before="40"/>
            </w:pPr>
            <w:r>
              <w:rPr>
                <w:sz w:val="20"/>
                <w:highlight w:val="yellow"/>
              </w:rPr>
              <w:t>[ciudad, departamento]</w:t>
            </w:r>
          </w:p>
        </w:tc>
      </w:tr>
      <w:tr>
        <w:tc>
          <w:tcPr>
            <w:tcW w:type="dxa" w:w="3590"/>
          </w:tcPr>
          <w:p>
            <w:pPr>
              <w:spacing w:after="40" w:before="40"/>
            </w:pPr>
            <w:r>
              <w:rPr>
                <w:b/>
                <w:sz w:val="20"/>
              </w:rPr>
              <w:t>Celular:</w:t>
            </w:r>
          </w:p>
        </w:tc>
        <w:tc>
          <w:tcPr>
            <w:tcW w:type="dxa" w:w="6382"/>
          </w:tcPr>
          <w:p>
            <w:pPr>
              <w:spacing w:after="40" w:before="40"/>
            </w:pPr>
            <w:r>
              <w:rPr>
                <w:sz w:val="20"/>
                <w:highlight w:val="yellow"/>
              </w:rPr>
              <w:t>[número]</w:t>
            </w:r>
          </w:p>
        </w:tc>
      </w:tr>
      <w:tr>
        <w:tc>
          <w:tcPr>
            <w:tcW w:type="dxa" w:w="3590"/>
          </w:tcPr>
          <w:p>
            <w:pPr>
              <w:spacing w:after="40" w:before="40"/>
            </w:pPr>
            <w:r>
              <w:rPr>
                <w:b/>
                <w:sz w:val="20"/>
              </w:rPr>
              <w:t>Correo electrónico:</w:t>
            </w:r>
          </w:p>
        </w:tc>
        <w:tc>
          <w:tcPr>
            <w:tcW w:type="dxa" w:w="6382"/>
          </w:tcPr>
          <w:p>
            <w:pPr>
              <w:spacing w:after="40" w:before="40"/>
            </w:pPr>
            <w:r>
              <w:rPr>
                <w:sz w:val="20"/>
                <w:highlight w:val="yellow"/>
              </w:rPr>
              <w:t>[correo]</w:t>
            </w:r>
          </w:p>
        </w:tc>
      </w:tr>
      <w:tr>
        <w:tc>
          <w:tcPr>
            <w:tcW w:type="dxa" w:w="3590"/>
          </w:tcPr>
          <w:p>
            <w:pPr>
              <w:spacing w:after="40" w:before="40"/>
            </w:pPr>
            <w:r>
              <w:rPr>
                <w:b/>
                <w:sz w:val="20"/>
              </w:rPr>
              <w:t>Perfil en línea (opcional):</w:t>
            </w:r>
          </w:p>
        </w:tc>
        <w:tc>
          <w:tcPr>
            <w:tcW w:type="dxa" w:w="6382"/>
          </w:tcPr>
          <w:p>
            <w:pPr>
              <w:spacing w:after="40" w:before="40"/>
            </w:pPr>
            <w:r>
              <w:rPr>
                <w:sz w:val="20"/>
                <w:highlight w:val="yellow"/>
              </w:rPr>
              <w:t>[enlace a su perfil o portafolio]</w:t>
            </w:r>
          </w:p>
        </w:tc>
      </w:tr>
      <w:tr>
        <w:tc>
          <w:tcPr>
            <w:tcW w:type="dxa" w:w="3590"/>
          </w:tcPr>
          <w:p>
            <w:pPr>
              <w:spacing w:after="40" w:before="40"/>
            </w:pPr>
            <w:r>
              <w:rPr>
                <w:b/>
                <w:sz w:val="20"/>
              </w:rPr>
              <w:t>Situación militar (opcional):</w:t>
            </w:r>
          </w:p>
        </w:tc>
        <w:tc>
          <w:tcPr>
            <w:tcW w:type="dxa" w:w="6382"/>
          </w:tcPr>
          <w:p>
            <w:pPr>
              <w:spacing w:after="40" w:before="40"/>
            </w:pPr>
            <w:r>
              <w:rPr>
                <w:sz w:val="20"/>
                <w:highlight w:val="yellow"/>
              </w:rPr>
              <w:t>[clase y número, si le aplica]</w:t>
            </w:r>
          </w:p>
        </w:tc>
      </w:tr>
    </w:tbl>
    <w:p>
      <w:pPr>
        <w:keepNext/>
        <w:spacing w:before="200" w:after="80"/>
      </w:pPr>
      <w:r>
        <w:rPr>
          <w:b/>
          <w:color w:val="1E3A5F"/>
        </w:rPr>
        <w:t>Perfil</w:t>
      </w:r>
    </w:p>
    <w:p>
      <w:r>
        <w:rPr>
          <w:highlight w:val="yellow"/>
        </w:rPr>
        <w:t>[Tres o cuatro líneas: qué hace, en qué tiene experiencia y qué aporta al cargo al que aspira.]</w:t>
      </w:r>
    </w:p>
    <w:p>
      <w:pPr>
        <w:keepNext/>
        <w:spacing w:before="200" w:after="80"/>
      </w:pPr>
      <w:r>
        <w:rPr>
          <w:b/>
          <w:color w:val="1E3A5F"/>
        </w:rPr>
        <w:t>Formación académica</w:t>
      </w:r>
    </w:p>
    <w:tbl>
      <w:tblPr>
        <w:tblW w:type="auto" w:w="0"/>
        <w:jc w:val="center"/>
        <w:tblLayout w:type="fixed"/>
        <w:tblLook w:firstColumn="1" w:firstRow="1" w:lastColumn="0" w:lastRow="0" w:noHBand="0" w:noVBand="1" w:val="04A0"/>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Pr>
      <w:tblGrid>
        <w:gridCol w:w="4986"/>
        <w:gridCol w:w="4986"/>
      </w:tblGrid>
      <w:tr>
        <w:tc>
          <w:tcPr>
            <w:tcW w:type="dxa" w:w="3590"/>
          </w:tcPr>
          <w:p>
            <w:pPr>
              <w:spacing w:after="40" w:before="40"/>
            </w:pPr>
            <w:r>
              <w:rPr>
                <w:b/>
                <w:sz w:val="20"/>
              </w:rPr>
              <w:t>Título obtenido:</w:t>
            </w:r>
          </w:p>
        </w:tc>
        <w:tc>
          <w:tcPr>
            <w:tcW w:type="dxa" w:w="6382"/>
          </w:tcPr>
          <w:p>
            <w:pPr>
              <w:spacing w:after="40" w:before="40"/>
            </w:pPr>
            <w:r>
              <w:rPr>
                <w:sz w:val="20"/>
                <w:highlight w:val="yellow"/>
              </w:rPr>
              <w:t>[título]</w:t>
            </w:r>
          </w:p>
        </w:tc>
      </w:tr>
      <w:tr>
        <w:tc>
          <w:tcPr>
            <w:tcW w:type="dxa" w:w="3590"/>
          </w:tcPr>
          <w:p>
            <w:pPr>
              <w:spacing w:after="40" w:before="40"/>
            </w:pPr>
            <w:r>
              <w:rPr>
                <w:b/>
                <w:sz w:val="20"/>
              </w:rPr>
              <w:t>Modalidad:</w:t>
            </w:r>
          </w:p>
        </w:tc>
        <w:tc>
          <w:tcPr>
            <w:tcW w:type="dxa" w:w="6382"/>
          </w:tcPr>
          <w:p>
            <w:pPr>
              <w:spacing w:after="40" w:before="40"/>
            </w:pPr>
            <w:r>
              <w:rPr>
                <w:sz w:val="20"/>
                <w:highlight w:val="yellow"/>
              </w:rPr>
              <w:t>[técnica, tecnológica, tecnológica especializada, universitaria, especialización, maestría o doctorado]</w:t>
            </w:r>
          </w:p>
        </w:tc>
      </w:tr>
      <w:tr>
        <w:tc>
          <w:tcPr>
            <w:tcW w:type="dxa" w:w="3590"/>
          </w:tcPr>
          <w:p>
            <w:pPr>
              <w:spacing w:after="40" w:before="40"/>
            </w:pPr>
            <w:r>
              <w:rPr>
                <w:b/>
                <w:sz w:val="20"/>
              </w:rPr>
              <w:t>Institución y ciudad:</w:t>
            </w:r>
          </w:p>
        </w:tc>
        <w:tc>
          <w:tcPr>
            <w:tcW w:type="dxa" w:w="6382"/>
          </w:tcPr>
          <w:p>
            <w:pPr>
              <w:spacing w:after="40" w:before="40"/>
            </w:pPr>
            <w:r>
              <w:rPr>
                <w:sz w:val="20"/>
                <w:highlight w:val="yellow"/>
              </w:rPr>
              <w:t>[institución, ciudad]</w:t>
            </w:r>
          </w:p>
        </w:tc>
      </w:tr>
      <w:tr>
        <w:tc>
          <w:tcPr>
            <w:tcW w:type="dxa" w:w="3590"/>
          </w:tcPr>
          <w:p>
            <w:pPr>
              <w:spacing w:after="40" w:before="40"/>
            </w:pPr>
            <w:r>
              <w:rPr>
                <w:b/>
                <w:sz w:val="20"/>
              </w:rPr>
              <w:t>Fecha de grado:</w:t>
            </w:r>
          </w:p>
        </w:tc>
        <w:tc>
          <w:tcPr>
            <w:tcW w:type="dxa" w:w="6382"/>
          </w:tcPr>
          <w:p>
            <w:pPr>
              <w:spacing w:after="40" w:before="40"/>
            </w:pPr>
            <w:r>
              <w:rPr>
                <w:sz w:val="20"/>
                <w:highlight w:val="yellow"/>
              </w:rPr>
              <w:t>[mes y año]</w:t>
            </w:r>
          </w:p>
        </w:tc>
      </w:tr>
      <w:tr>
        <w:tc>
          <w:tcPr>
            <w:tcW w:type="dxa" w:w="3590"/>
          </w:tcPr>
          <w:p>
            <w:pPr>
              <w:spacing w:after="40" w:before="40"/>
            </w:pPr>
            <w:r>
              <w:rPr>
                <w:b/>
                <w:sz w:val="20"/>
              </w:rPr>
              <w:t>Tarjeta profesional:</w:t>
            </w:r>
          </w:p>
        </w:tc>
        <w:tc>
          <w:tcPr>
            <w:tcW w:type="dxa" w:w="6382"/>
          </w:tcPr>
          <w:p>
            <w:pPr>
              <w:spacing w:after="40" w:before="40"/>
            </w:pPr>
            <w:r>
              <w:rPr>
                <w:sz w:val="20"/>
                <w:highlight w:val="yellow"/>
              </w:rPr>
              <w:t>[número, si la ley la prevé para su profesión]</w:t>
            </w:r>
          </w:p>
        </w:tc>
      </w:tr>
      <w:tr>
        <w:tc>
          <w:tcPr>
            <w:tcW w:type="dxa" w:w="3590"/>
          </w:tcPr>
          <w:p>
            <w:pPr>
              <w:spacing w:after="40" w:before="40"/>
            </w:pPr>
            <w:r>
              <w:rPr>
                <w:b/>
                <w:sz w:val="20"/>
              </w:rPr>
              <w:t>Educación básica y media:</w:t>
            </w:r>
          </w:p>
        </w:tc>
        <w:tc>
          <w:tcPr>
            <w:tcW w:type="dxa" w:w="6382"/>
          </w:tcPr>
          <w:p>
            <w:pPr>
              <w:spacing w:after="40" w:before="40"/>
            </w:pPr>
            <w:r>
              <w:rPr>
                <w:sz w:val="20"/>
                <w:highlight w:val="yellow"/>
              </w:rPr>
              <w:t>[último grado aprobado, institución y año]</w:t>
            </w:r>
          </w:p>
        </w:tc>
      </w:tr>
    </w:tbl>
    <w:p>
      <w:pPr>
        <w:keepNext/>
        <w:spacing w:before="200" w:after="80"/>
      </w:pPr>
      <w:r>
        <w:rPr>
          <w:b/>
          <w:color w:val="1E3A5F"/>
        </w:rPr>
        <w:t>Experiencia laboral (empiece por el empleo actual o el más reciente)</w:t>
      </w:r>
    </w:p>
    <w:tbl>
      <w:tblPr>
        <w:tblW w:type="auto" w:w="0"/>
        <w:jc w:val="center"/>
        <w:tblLayout w:type="fixed"/>
        <w:tblLook w:firstColumn="1" w:firstRow="1" w:lastColumn="0" w:lastRow="0" w:noHBand="0" w:noVBand="1" w:val="04A0"/>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Pr>
      <w:tblGrid>
        <w:gridCol w:w="4986"/>
        <w:gridCol w:w="4986"/>
      </w:tblGrid>
      <w:tr>
        <w:tc>
          <w:tcPr>
            <w:tcW w:type="dxa" w:w="3590"/>
          </w:tcPr>
          <w:p>
            <w:pPr>
              <w:spacing w:after="40" w:before="40"/>
            </w:pPr>
            <w:r>
              <w:rPr>
                <w:b/>
                <w:sz w:val="20"/>
              </w:rPr>
              <w:t>Empresa o entidad:</w:t>
            </w:r>
          </w:p>
        </w:tc>
        <w:tc>
          <w:tcPr>
            <w:tcW w:type="dxa" w:w="6382"/>
          </w:tcPr>
          <w:p>
            <w:pPr>
              <w:spacing w:after="40" w:before="40"/>
            </w:pPr>
            <w:r>
              <w:rPr>
                <w:sz w:val="20"/>
                <w:highlight w:val="yellow"/>
              </w:rPr>
              <w:t>[nombre]</w:t>
            </w:r>
          </w:p>
        </w:tc>
      </w:tr>
      <w:tr>
        <w:tc>
          <w:tcPr>
            <w:tcW w:type="dxa" w:w="3590"/>
          </w:tcPr>
          <w:p>
            <w:pPr>
              <w:spacing w:after="40" w:before="40"/>
            </w:pPr>
            <w:r>
              <w:rPr>
                <w:b/>
                <w:sz w:val="20"/>
              </w:rPr>
              <w:t>Cargo:</w:t>
            </w:r>
          </w:p>
        </w:tc>
        <w:tc>
          <w:tcPr>
            <w:tcW w:type="dxa" w:w="6382"/>
          </w:tcPr>
          <w:p>
            <w:pPr>
              <w:spacing w:after="40" w:before="40"/>
            </w:pPr>
            <w:r>
              <w:rPr>
                <w:sz w:val="20"/>
                <w:highlight w:val="yellow"/>
              </w:rPr>
              <w:t>[cargo]</w:t>
            </w:r>
          </w:p>
        </w:tc>
      </w:tr>
      <w:tr>
        <w:tc>
          <w:tcPr>
            <w:tcW w:type="dxa" w:w="3590"/>
          </w:tcPr>
          <w:p>
            <w:pPr>
              <w:spacing w:after="40" w:before="40"/>
            </w:pPr>
            <w:r>
              <w:rPr>
                <w:b/>
                <w:sz w:val="20"/>
              </w:rPr>
              <w:t>Ciudad:</w:t>
            </w:r>
          </w:p>
        </w:tc>
        <w:tc>
          <w:tcPr>
            <w:tcW w:type="dxa" w:w="6382"/>
          </w:tcPr>
          <w:p>
            <w:pPr>
              <w:spacing w:after="40" w:before="40"/>
            </w:pPr>
            <w:r>
              <w:rPr>
                <w:sz w:val="20"/>
                <w:highlight w:val="yellow"/>
              </w:rPr>
              <w:t>[ciudad]</w:t>
            </w:r>
          </w:p>
        </w:tc>
      </w:tr>
      <w:tr>
        <w:tc>
          <w:tcPr>
            <w:tcW w:type="dxa" w:w="3590"/>
          </w:tcPr>
          <w:p>
            <w:pPr>
              <w:spacing w:after="40" w:before="40"/>
            </w:pPr>
            <w:r>
              <w:rPr>
                <w:b/>
                <w:sz w:val="20"/>
              </w:rPr>
              <w:t>Fechas:</w:t>
            </w:r>
          </w:p>
        </w:tc>
        <w:tc>
          <w:tcPr>
            <w:tcW w:type="dxa" w:w="6382"/>
          </w:tcPr>
          <w:p>
            <w:pPr>
              <w:spacing w:after="40" w:before="40"/>
            </w:pPr>
            <w:r>
              <w:rPr>
                <w:sz w:val="20"/>
                <w:highlight w:val="yellow"/>
              </w:rPr>
              <w:t>[mes y año de ingreso]</w:t>
            </w:r>
            <w:r>
              <w:rPr>
                <w:sz w:val="20"/>
              </w:rPr>
              <w:t xml:space="preserve"> a </w:t>
            </w:r>
            <w:r>
              <w:rPr>
                <w:sz w:val="20"/>
                <w:highlight w:val="yellow"/>
              </w:rPr>
              <w:t>[mes y año de retiro, o «actual»]</w:t>
            </w:r>
          </w:p>
        </w:tc>
      </w:tr>
      <w:tr>
        <w:tc>
          <w:tcPr>
            <w:tcW w:type="dxa" w:w="3590"/>
          </w:tcPr>
          <w:p>
            <w:pPr>
              <w:spacing w:after="40" w:before="40"/>
            </w:pPr>
            <w:r>
              <w:rPr>
                <w:b/>
                <w:sz w:val="20"/>
              </w:rPr>
              <w:t>Funciones y logros:</w:t>
            </w:r>
          </w:p>
        </w:tc>
        <w:tc>
          <w:tcPr>
            <w:tcW w:type="dxa" w:w="6382"/>
          </w:tcPr>
          <w:p>
            <w:pPr>
              <w:spacing w:after="40" w:before="40"/>
            </w:pPr>
            <w:r>
              <w:rPr>
                <w:sz w:val="20"/>
                <w:highlight w:val="yellow"/>
              </w:rPr>
              <w:t>[tres funciones o resultados, empezando por un verbo]</w:t>
            </w:r>
          </w:p>
        </w:tc>
      </w:tr>
    </w:tbl>
    <w:p>
      <w:pPr>
        <w:keepNext/>
        <w:spacing w:before="200" w:after="80"/>
      </w:pPr>
      <w:r>
        <w:rPr>
          <w:b/>
          <w:color w:val="1E3A5F"/>
        </w:rPr>
        <w:t>Empleo anterior</w:t>
      </w:r>
    </w:p>
    <w:tbl>
      <w:tblPr>
        <w:tblW w:type="auto" w:w="0"/>
        <w:jc w:val="center"/>
        <w:tblLayout w:type="fixed"/>
        <w:tblLook w:firstColumn="1" w:firstRow="1" w:lastColumn="0" w:lastRow="0" w:noHBand="0" w:noVBand="1" w:val="04A0"/>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Pr>
      <w:tblGrid>
        <w:gridCol w:w="4986"/>
        <w:gridCol w:w="4986"/>
      </w:tblGrid>
      <w:tr>
        <w:tc>
          <w:tcPr>
            <w:tcW w:type="dxa" w:w="3590"/>
          </w:tcPr>
          <w:p>
            <w:pPr>
              <w:spacing w:after="40" w:before="40"/>
            </w:pPr>
            <w:r>
              <w:rPr>
                <w:b/>
                <w:sz w:val="20"/>
              </w:rPr>
              <w:t>Empresa o entidad:</w:t>
            </w:r>
          </w:p>
        </w:tc>
        <w:tc>
          <w:tcPr>
            <w:tcW w:type="dxa" w:w="6382"/>
          </w:tcPr>
          <w:p>
            <w:pPr>
              <w:spacing w:after="40" w:before="40"/>
            </w:pPr>
            <w:r>
              <w:rPr>
                <w:sz w:val="20"/>
                <w:highlight w:val="yellow"/>
              </w:rPr>
              <w:t>[nombre]</w:t>
            </w:r>
          </w:p>
        </w:tc>
      </w:tr>
      <w:tr>
        <w:tc>
          <w:tcPr>
            <w:tcW w:type="dxa" w:w="3590"/>
          </w:tcPr>
          <w:p>
            <w:pPr>
              <w:spacing w:after="40" w:before="40"/>
            </w:pPr>
            <w:r>
              <w:rPr>
                <w:b/>
                <w:sz w:val="20"/>
              </w:rPr>
              <w:t>Cargo:</w:t>
            </w:r>
          </w:p>
        </w:tc>
        <w:tc>
          <w:tcPr>
            <w:tcW w:type="dxa" w:w="6382"/>
          </w:tcPr>
          <w:p>
            <w:pPr>
              <w:spacing w:after="40" w:before="40"/>
            </w:pPr>
            <w:r>
              <w:rPr>
                <w:sz w:val="20"/>
                <w:highlight w:val="yellow"/>
              </w:rPr>
              <w:t>[cargo]</w:t>
            </w:r>
          </w:p>
        </w:tc>
      </w:tr>
      <w:tr>
        <w:tc>
          <w:tcPr>
            <w:tcW w:type="dxa" w:w="3590"/>
          </w:tcPr>
          <w:p>
            <w:pPr>
              <w:spacing w:after="40" w:before="40"/>
            </w:pPr>
            <w:r>
              <w:rPr>
                <w:b/>
                <w:sz w:val="20"/>
              </w:rPr>
              <w:t>Ciudad:</w:t>
            </w:r>
          </w:p>
        </w:tc>
        <w:tc>
          <w:tcPr>
            <w:tcW w:type="dxa" w:w="6382"/>
          </w:tcPr>
          <w:p>
            <w:pPr>
              <w:spacing w:after="40" w:before="40"/>
            </w:pPr>
            <w:r>
              <w:rPr>
                <w:sz w:val="20"/>
                <w:highlight w:val="yellow"/>
              </w:rPr>
              <w:t>[ciudad]</w:t>
            </w:r>
          </w:p>
        </w:tc>
      </w:tr>
      <w:tr>
        <w:tc>
          <w:tcPr>
            <w:tcW w:type="dxa" w:w="3590"/>
          </w:tcPr>
          <w:p>
            <w:pPr>
              <w:spacing w:after="40" w:before="40"/>
            </w:pPr>
            <w:r>
              <w:rPr>
                <w:b/>
                <w:sz w:val="20"/>
              </w:rPr>
              <w:t>Fechas:</w:t>
            </w:r>
          </w:p>
        </w:tc>
        <w:tc>
          <w:tcPr>
            <w:tcW w:type="dxa" w:w="6382"/>
          </w:tcPr>
          <w:p>
            <w:pPr>
              <w:spacing w:after="40" w:before="40"/>
            </w:pPr>
            <w:r>
              <w:rPr>
                <w:sz w:val="20"/>
                <w:highlight w:val="yellow"/>
              </w:rPr>
              <w:t>[mes y año de ingreso]</w:t>
            </w:r>
            <w:r>
              <w:rPr>
                <w:sz w:val="20"/>
              </w:rPr>
              <w:t xml:space="preserve"> a </w:t>
            </w:r>
            <w:r>
              <w:rPr>
                <w:sz w:val="20"/>
                <w:highlight w:val="yellow"/>
              </w:rPr>
              <w:t>[mes y año de retiro]</w:t>
            </w:r>
          </w:p>
        </w:tc>
      </w:tr>
      <w:tr>
        <w:tc>
          <w:tcPr>
            <w:tcW w:type="dxa" w:w="3590"/>
          </w:tcPr>
          <w:p>
            <w:pPr>
              <w:spacing w:after="40" w:before="40"/>
            </w:pPr>
            <w:r>
              <w:rPr>
                <w:b/>
                <w:sz w:val="20"/>
              </w:rPr>
              <w:t>Funciones y logros:</w:t>
            </w:r>
          </w:p>
        </w:tc>
        <w:tc>
          <w:tcPr>
            <w:tcW w:type="dxa" w:w="6382"/>
          </w:tcPr>
          <w:p>
            <w:pPr>
              <w:spacing w:after="40" w:before="40"/>
            </w:pPr>
            <w:r>
              <w:rPr>
                <w:sz w:val="20"/>
                <w:highlight w:val="yellow"/>
              </w:rPr>
              <w:t>[tres funciones o resultados, empezando por un verbo]</w:t>
            </w:r>
          </w:p>
        </w:tc>
      </w:tr>
    </w:tbl>
    <w:p>
      <w:pPr>
        <w:keepNext/>
        <w:spacing w:before="200" w:after="80"/>
      </w:pPr>
      <w:r>
        <w:rPr>
          <w:b/>
          <w:color w:val="1E3A5F"/>
        </w:rPr>
        <w:t>Tiempo total de experiencia</w:t>
      </w:r>
    </w:p>
    <w:tbl>
      <w:tblPr>
        <w:tblW w:type="auto" w:w="0"/>
        <w:jc w:val="center"/>
        <w:tblLayout w:type="fixed"/>
        <w:tblLook w:firstColumn="1" w:firstRow="1" w:lastColumn="0" w:lastRow="0" w:noHBand="0" w:noVBand="1" w:val="04A0"/>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Pr>
      <w:tblGrid>
        <w:gridCol w:w="4986"/>
        <w:gridCol w:w="4986"/>
      </w:tblGrid>
      <w:tr>
        <w:tc>
          <w:tcPr>
            <w:tcW w:type="dxa" w:w="3590"/>
          </w:tcPr>
          <w:p>
            <w:pPr>
              <w:spacing w:after="40" w:before="40"/>
            </w:pPr>
            <w:r>
              <w:rPr>
                <w:b/>
                <w:sz w:val="20"/>
              </w:rPr>
              <w:t>Tiempo:</w:t>
            </w:r>
          </w:p>
        </w:tc>
        <w:tc>
          <w:tcPr>
            <w:tcW w:type="dxa" w:w="6382"/>
          </w:tcPr>
          <w:p>
            <w:pPr>
              <w:spacing w:after="40" w:before="40"/>
            </w:pPr>
            <w:r>
              <w:rPr>
                <w:sz w:val="20"/>
                <w:highlight w:val="yellow"/>
              </w:rPr>
              <w:t>[años y meses]</w:t>
            </w:r>
          </w:p>
        </w:tc>
      </w:tr>
    </w:tbl>
    <w:p>
      <w:pPr>
        <w:keepNext/>
        <w:spacing w:before="200" w:after="80"/>
      </w:pPr>
      <w:r>
        <w:rPr>
          <w:b/>
          <w:color w:val="1E3A5F"/>
        </w:rPr>
        <w:t>Cursos y herramientas</w:t>
      </w:r>
    </w:p>
    <w:tbl>
      <w:tblPr>
        <w:tblW w:type="auto" w:w="0"/>
        <w:jc w:val="center"/>
        <w:tblLayout w:type="fixed"/>
        <w:tblLook w:firstColumn="1" w:firstRow="1" w:lastColumn="0" w:lastRow="0" w:noHBand="0" w:noVBand="1" w:val="04A0"/>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Pr>
      <w:tblGrid>
        <w:gridCol w:w="4986"/>
        <w:gridCol w:w="4986"/>
      </w:tblGrid>
      <w:tr>
        <w:tc>
          <w:tcPr>
            <w:tcW w:type="dxa" w:w="3590"/>
          </w:tcPr>
          <w:p>
            <w:pPr>
              <w:spacing w:after="40" w:before="40"/>
            </w:pPr>
            <w:r>
              <w:rPr>
                <w:b/>
                <w:sz w:val="20"/>
              </w:rPr>
              <w:t>Cursos:</w:t>
            </w:r>
          </w:p>
        </w:tc>
        <w:tc>
          <w:tcPr>
            <w:tcW w:type="dxa" w:w="6382"/>
          </w:tcPr>
          <w:p>
            <w:pPr>
              <w:spacing w:after="40" w:before="40"/>
            </w:pPr>
            <w:r>
              <w:rPr>
                <w:sz w:val="20"/>
                <w:highlight w:val="yellow"/>
              </w:rPr>
              <w:t>[curso, institución y año]</w:t>
            </w:r>
          </w:p>
        </w:tc>
      </w:tr>
      <w:tr>
        <w:tc>
          <w:tcPr>
            <w:tcW w:type="dxa" w:w="3590"/>
          </w:tcPr>
          <w:p>
            <w:pPr>
              <w:spacing w:after="40" w:before="40"/>
            </w:pPr>
            <w:r>
              <w:rPr>
                <w:b/>
                <w:sz w:val="20"/>
              </w:rPr>
              <w:t>Herramientas:</w:t>
            </w:r>
          </w:p>
        </w:tc>
        <w:tc>
          <w:tcPr>
            <w:tcW w:type="dxa" w:w="6382"/>
          </w:tcPr>
          <w:p>
            <w:pPr>
              <w:spacing w:after="40" w:before="40"/>
            </w:pPr>
            <w:r>
              <w:rPr>
                <w:sz w:val="20"/>
                <w:highlight w:val="yellow"/>
              </w:rPr>
              <w:t>[programas, equipos o licencias relacionados con el cargo]</w:t>
            </w:r>
          </w:p>
        </w:tc>
      </w:tr>
    </w:tbl>
    <w:p>
      <w:pPr>
        <w:keepNext/>
        <w:spacing w:before="200" w:after="80"/>
      </w:pPr>
      <w:r>
        <w:rPr>
          <w:b/>
          <w:color w:val="1E3A5F"/>
        </w:rPr>
        <w:t>Idiomas</w:t>
      </w:r>
    </w:p>
    <w:tbl>
      <w:tblPr>
        <w:tblW w:type="auto" w:w="0"/>
        <w:jc w:val="center"/>
        <w:tblLayout w:type="fixed"/>
        <w:tblLook w:firstColumn="1" w:firstRow="1" w:lastColumn="0" w:lastRow="0" w:noHBand="0" w:noVBand="1" w:val="04A0"/>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Pr>
      <w:tblGrid>
        <w:gridCol w:w="4986"/>
        <w:gridCol w:w="4986"/>
      </w:tblGrid>
      <w:tr>
        <w:tc>
          <w:tcPr>
            <w:tcW w:type="dxa" w:w="3590"/>
          </w:tcPr>
          <w:p>
            <w:pPr>
              <w:spacing w:after="40" w:before="40"/>
            </w:pPr>
            <w:r>
              <w:rPr>
                <w:b/>
                <w:sz w:val="20"/>
              </w:rPr>
              <w:t>Idioma:</w:t>
            </w:r>
          </w:p>
        </w:tc>
        <w:tc>
          <w:tcPr>
            <w:tcW w:type="dxa" w:w="6382"/>
          </w:tcPr>
          <w:p>
            <w:pPr>
              <w:spacing w:after="40" w:before="40"/>
            </w:pPr>
            <w:r>
              <w:rPr>
                <w:sz w:val="20"/>
                <w:highlight w:val="yellow"/>
              </w:rPr>
              <w:t>[idioma]</w:t>
            </w:r>
            <w:r>
              <w:rPr>
                <w:sz w:val="20"/>
              </w:rPr>
              <w:t xml:space="preserve">: lo habla </w:t>
            </w:r>
            <w:r>
              <w:rPr>
                <w:sz w:val="20"/>
                <w:highlight w:val="yellow"/>
              </w:rPr>
              <w:t>[regular, bien o muy bien]</w:t>
            </w:r>
            <w:r>
              <w:rPr>
                <w:sz w:val="20"/>
              </w:rPr>
              <w:t xml:space="preserve">, lo lee </w:t>
            </w:r>
            <w:r>
              <w:rPr>
                <w:sz w:val="20"/>
                <w:highlight w:val="yellow"/>
              </w:rPr>
              <w:t>[regular, bien o muy bien]</w:t>
            </w:r>
            <w:r>
              <w:rPr>
                <w:sz w:val="20"/>
              </w:rPr>
              <w:t xml:space="preserve">, lo escribe </w:t>
            </w:r>
            <w:r>
              <w:rPr>
                <w:sz w:val="20"/>
                <w:highlight w:val="yellow"/>
              </w:rPr>
              <w:t>[regular, bien o muy bien]</w:t>
            </w:r>
          </w:p>
        </w:tc>
      </w:tr>
    </w:tbl>
    <w:p>
      <w:pPr>
        <w:keepNext/>
        <w:spacing w:before="200" w:after="80"/>
      </w:pPr>
      <w:r>
        <w:rPr>
          <w:b/>
          <w:color w:val="1E3A5F"/>
        </w:rPr>
        <w:t>Referencias</w:t>
      </w:r>
    </w:p>
    <w:tbl>
      <w:tblPr>
        <w:tblW w:type="auto" w:w="0"/>
        <w:jc w:val="center"/>
        <w:tblLayout w:type="fixed"/>
        <w:tblLook w:firstColumn="1" w:firstRow="1" w:lastColumn="0" w:lastRow="0" w:noHBand="0" w:noVBand="1" w:val="04A0"/>
        <w:tblBorders>
          <w:top w:val="single" w:sz="4" w:space="0" w:color="CBD5E1"/>
          <w:left w:val="single" w:sz="4" w:space="0" w:color="CBD5E1"/>
          <w:bottom w:val="single" w:sz="4" w:space="0" w:color="CBD5E1"/>
          <w:right w:val="single" w:sz="4" w:space="0" w:color="CBD5E1"/>
          <w:insideH w:val="single" w:sz="4" w:space="0" w:color="CBD5E1"/>
          <w:insideV w:val="single" w:sz="4" w:space="0" w:color="CBD5E1"/>
        </w:tblBorders>
      </w:tblPr>
      <w:tblGrid>
        <w:gridCol w:w="4986"/>
        <w:gridCol w:w="4986"/>
      </w:tblGrid>
      <w:tr>
        <w:tc>
          <w:tcPr>
            <w:tcW w:type="dxa" w:w="3590"/>
          </w:tcPr>
          <w:p>
            <w:pPr>
              <w:spacing w:after="40" w:before="40"/>
            </w:pPr>
            <w:r>
              <w:rPr>
                <w:b/>
                <w:sz w:val="20"/>
              </w:rPr>
              <w:t>Referencia laboral 1:</w:t>
            </w:r>
          </w:p>
        </w:tc>
        <w:tc>
          <w:tcPr>
            <w:tcW w:type="dxa" w:w="6382"/>
          </w:tcPr>
          <w:p>
            <w:pPr>
              <w:spacing w:after="40" w:before="40"/>
            </w:pPr>
            <w:r>
              <w:rPr>
                <w:sz w:val="20"/>
                <w:highlight w:val="yellow"/>
              </w:rPr>
              <w:t>[nombre, cargo, empresa y celular]</w:t>
            </w:r>
          </w:p>
        </w:tc>
      </w:tr>
      <w:tr>
        <w:tc>
          <w:tcPr>
            <w:tcW w:type="dxa" w:w="3590"/>
          </w:tcPr>
          <w:p>
            <w:pPr>
              <w:spacing w:after="40" w:before="40"/>
            </w:pPr>
            <w:r>
              <w:rPr>
                <w:b/>
                <w:sz w:val="20"/>
              </w:rPr>
              <w:t>Referencia laboral 2:</w:t>
            </w:r>
          </w:p>
        </w:tc>
        <w:tc>
          <w:tcPr>
            <w:tcW w:type="dxa" w:w="6382"/>
          </w:tcPr>
          <w:p>
            <w:pPr>
              <w:spacing w:after="40" w:before="40"/>
            </w:pPr>
            <w:r>
              <w:rPr>
                <w:sz w:val="20"/>
                <w:highlight w:val="yellow"/>
              </w:rPr>
              <w:t>[nombre, cargo, empresa y celular]</w:t>
            </w:r>
          </w:p>
        </w:tc>
      </w:tr>
      <w:tr>
        <w:tc>
          <w:tcPr>
            <w:tcW w:type="dxa" w:w="3590"/>
          </w:tcPr>
          <w:p>
            <w:pPr>
              <w:spacing w:after="40" w:before="40"/>
            </w:pPr>
            <w:r>
              <w:rPr>
                <w:b/>
                <w:sz w:val="20"/>
              </w:rPr>
              <w:t>Referencia personal:</w:t>
            </w:r>
          </w:p>
        </w:tc>
        <w:tc>
          <w:tcPr>
            <w:tcW w:type="dxa" w:w="6382"/>
          </w:tcPr>
          <w:p>
            <w:pPr>
              <w:spacing w:after="40" w:before="40"/>
            </w:pPr>
            <w:r>
              <w:rPr>
                <w:sz w:val="20"/>
                <w:highlight w:val="yellow"/>
              </w:rPr>
              <w:t>[nombre, relación y celular]</w:t>
            </w:r>
          </w:p>
        </w:tc>
      </w:tr>
    </w:tbl>
    <w:p>
      <w:pPr>
        <w:keepNext/>
        <w:spacing w:before="560" w:after="0"/>
      </w:pPr>
      <w:r>
        <w:rPr/>
        <w:t>_________________________</w:t>
      </w:r>
    </w:p>
    <w:p>
      <w:r>
        <w:rPr>
          <w:highlight w:val="yellow"/>
        </w:rPr>
        <w:t>[Nombre completo y firma]</w:t>
      </w:r>
    </w:p>
    <w:p>
      <w:r>
        <w:rPr/>
        <w:t xml:space="preserve">C.C. </w:t>
      </w:r>
      <w:r>
        <w:rPr>
          <w:highlight w:val="yellow"/>
        </w:rPr>
        <w:t>[número]</w:t>
      </w:r>
      <w:r>
        <w:rPr/>
        <w:t xml:space="preserve"> · </w:t>
      </w:r>
      <w:r>
        <w:rPr>
          <w:highlight w:val="yellow"/>
        </w:rPr>
        <w:t>[Ciudad]</w:t>
      </w:r>
      <w:r>
        <w:rPr/>
        <w:t xml:space="preserve">, </w:t>
      </w:r>
      <w:r>
        <w:rPr>
          <w:highlight w:val="yellow"/>
        </w:rPr>
        <w:t>[fecha]</w:t>
      </w:r>
    </w:p>
    <w:p>
      <w:pPr>
        <w:spacing w:after="0"/>
      </w:pPr>
      <w:r>
        <w:br w:type="page"/>
      </w:r>
    </w:p>
    <w:p>
      <w:r>
        <w:rPr>
          <w:b/>
          <w:color w:val="1E3A5F"/>
          <w:sz w:val="26"/>
        </w:rPr>
        <w:t>Notas para usar esta plantilla</w:t>
      </w:r>
    </w:p>
    <w:p>
      <w:r>
        <w:rPr>
          <w:i/>
          <w:color w:val="64748B"/>
          <w:sz w:val="19"/>
        </w:rPr>
        <w:t>Borre esta página antes de imprimir o enviar su hoja de vida.</w:t>
      </w:r>
    </w:p>
    <w:p>
      <w:pPr>
        <w:pStyle w:val="ListBullet"/>
        <w:spacing w:after="80"/>
      </w:pPr>
      <w:r>
        <w:rPr>
          <w:sz w:val="20"/>
        </w:rPr>
        <w:t>Sustituya los huecos en amarillo, quite el resaltado y borre lo que no aplique. Repita los bloques de experiencia que necesite.</w:t>
      </w:r>
    </w:p>
    <w:p>
      <w:pPr>
        <w:pStyle w:val="ListBullet"/>
        <w:spacing w:after="80"/>
      </w:pPr>
      <w:r>
        <w:rPr>
          <w:sz w:val="20"/>
        </w:rPr>
        <w:t>Este formato es para empresas privadas. Para un cargo público o un contrato de prestación de servicios con la administración se exige el Formato Único de Hoja de Vida (art. 1, Ley 190 de 1995), que Función Pública pide diligenciar en el SIGEP.</w:t>
      </w:r>
    </w:p>
    <w:p>
      <w:pPr>
        <w:pStyle w:val="ListBullet"/>
        <w:spacing w:after="80"/>
      </w:pPr>
      <w:r>
        <w:rPr>
          <w:sz w:val="20"/>
        </w:rPr>
        <w:t>Las entidades públicas o privadas no pueden exigir la presentación de la tarjeta militar para ingresar a un empleo (art. 42, Ley 1861 de 2017). Por eso aquí el dato es opcional.</w:t>
      </w:r>
    </w:p>
    <w:p>
      <w:pPr>
        <w:pStyle w:val="ListBullet"/>
        <w:spacing w:after="80"/>
      </w:pPr>
      <w:r>
        <w:rPr>
          <w:sz w:val="20"/>
        </w:rPr>
        <w:t>No hace falta dar datos sensibles como salud, religión u orientación política (arts. 5 y 6, Ley 1581 de 2012).</w:t>
      </w:r>
    </w:p>
    <w:p>
      <w:pPr>
        <w:pStyle w:val="ListBullet"/>
        <w:spacing w:after="80"/>
      </w:pPr>
      <w:r>
        <w:rPr>
          <w:sz w:val="20"/>
        </w:rPr>
        <w:t>Presentar certificados falsos para la admisión es justa causa de terminación por parte del empleador (art. 62, literal A, numeral 1 CST).</w:t>
      </w:r>
    </w:p>
    <w:p>
      <w:pPr>
        <w:pStyle w:val="ListBullet"/>
        <w:spacing w:after="80"/>
      </w:pPr>
      <w:r>
        <w:rPr>
          <w:sz w:val="20"/>
        </w:rPr>
        <w:t>Los inspectores de trabajo pueden actuar como conciliadores, y la conciliación ante funcionarios públicos facultados es gratuita (art. 4, Ley 640 de 2001).</w:t>
      </w:r>
    </w:p>
    <w:p>
      <w:pPr>
        <w:spacing w:before="200"/>
      </w:pPr>
      <w:r>
        <w:rPr>
          <w:color w:val="64748B"/>
          <w:sz w:val="19"/>
        </w:rPr>
        <w:t>Última revisión: 2 de noviembre de 2026. Guía completa y fuentes oficiales: https://www.ofizio.eu/co/formato-hoja-de-vida.html</w:t>
      </w:r>
    </w:p>
    <w:p>
      <w:r>
        <w:rPr>
          <w:color w:val="64748B"/>
          <w:sz w:val="19"/>
        </w:rPr>
        <w:t>Esta plantilla es orientativa y no sustituye la asesoría de un profesional. Para su caso concreto, consulte a un inspector de trabajo del Ministerio del Trabajo o a un consultorio jurídico.</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sz w:val="21"/>
      <w:lang w:val="es-CO" w:eastAsia="es-CO"/>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Hoja de vida (Colombia)</dc:title>
  <dc:subject>Plantilla laboral para Colombia</dc:subject>
  <dc:creator>Ofizio</dc:creator>
  <cp:keywords/>
  <dc:description>Plantilla orientativa de www.ofizio.eu. Última revisión: 2 de noviembre de 2026.</dc:description>
  <cp:lastModifiedBy>Ofizio</cp:lastModifiedBy>
  <cp:revision>1</cp:revision>
  <dcterms:created xsi:type="dcterms:W3CDTF">2013-12-23T23:15:00Z</dcterms:created>
  <dcterms:modified xsi:type="dcterms:W3CDTF">2013-12-23T23:15:00Z</dcterms:modified>
  <cp:category/>
  <dc:language>es-CO</dc:language>
</cp:coreProperties>
</file>