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r>
        <w:rPr/>
        <w:t>Señores</w:t>
      </w:r>
    </w:p>
    <w:p>
      <w:r>
        <w:rPr>
          <w:highlight w:val="yellow"/>
        </w:rPr>
        <w:t>[Razón social de la empresa o nombre del empleador]</w:t>
      </w:r>
    </w:p>
    <w:p>
      <w:r>
        <w:rPr/>
        <w:t xml:space="preserve">RUT: </w:t>
      </w:r>
      <w:r>
        <w:rPr>
          <w:highlight w:val="yellow"/>
        </w:rPr>
        <w:t>[RUT del empleador]</w:t>
      </w:r>
    </w:p>
    <w:p>
      <w:r>
        <w:rPr/>
        <w:t>Presente</w:t>
      </w:r>
    </w:p>
    <w:p>
      <w:r>
        <w:rPr/>
        <w:t>De mi consideración:</w:t>
      </w:r>
    </w:p>
    <w:p>
      <w:r>
        <w:rPr/>
        <w:t xml:space="preserve">Por medio de la presente, yo, </w:t>
      </w:r>
      <w:r>
        <w:rPr>
          <w:highlight w:val="yellow"/>
        </w:rPr>
        <w:t>[nombre completo]</w:t>
      </w:r>
      <w:r>
        <w:rPr/>
        <w:t xml:space="preserve">, cédula de identidad N.° </w:t>
      </w:r>
      <w:r>
        <w:rPr>
          <w:highlight w:val="yellow"/>
        </w:rPr>
        <w:t>[RUT]</w:t>
      </w:r>
      <w:r>
        <w:rPr/>
        <w:t xml:space="preserve">, que me desempeño como </w:t>
      </w:r>
      <w:r>
        <w:rPr>
          <w:highlight w:val="yellow"/>
        </w:rPr>
        <w:t>[cargo]</w:t>
      </w:r>
      <w:r>
        <w:rPr/>
        <w:t xml:space="preserve"> en su empresa desde el </w:t>
      </w:r>
      <w:r>
        <w:rPr>
          <w:highlight w:val="yellow"/>
        </w:rPr>
        <w:t>[fecha de ingreso]</w:t>
      </w:r>
      <w:r>
        <w:rPr/>
        <w:t>, les comunico mi renuncia voluntaria, de acuerdo con el artículo 159 N.° 2 y el artículo 177 del Código del Trabajo.</w:t>
      </w:r>
    </w:p>
    <w:p>
      <w:r>
        <w:rPr/>
        <w:t xml:space="preserve">La renuncia se hará efectiva a contar del </w:t>
      </w:r>
      <w:r>
        <w:rPr>
          <w:highlight w:val="yellow"/>
        </w:rPr>
        <w:t>[fecha, al menos 30 días después de este aviso]</w:t>
      </w:r>
      <w:r>
        <w:rPr/>
        <w:t>.</w:t>
      </w:r>
    </w:p>
    <w:p>
      <w:r>
        <w:rPr/>
        <w:t xml:space="preserve">Los motivos de mi renuncia son </w:t>
      </w:r>
      <w:r>
        <w:rPr>
          <w:highlight w:val="yellow"/>
        </w:rPr>
        <w:t>[motivos o «personales»]</w:t>
      </w:r>
      <w:r>
        <w:rPr/>
        <w:t>.</w:t>
      </w:r>
    </w:p>
    <w:p>
      <w:r>
        <w:rPr/>
        <w:t>Atentamente,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completo]</w:t>
      </w:r>
    </w:p>
    <w:p>
      <w:r>
        <w:rPr/>
        <w:t xml:space="preserve">RUT: </w:t>
      </w:r>
      <w:r>
        <w:rPr>
          <w:highlight w:val="yellow"/>
        </w:rPr>
        <w:t>[RUT]</w:t>
      </w:r>
    </w:p>
    <w:p>
      <w:r>
        <w:rPr/>
        <w:t xml:space="preserve">Ratificada ante: </w:t>
      </w:r>
      <w:r>
        <w:rPr>
          <w:highlight w:val="yellow"/>
        </w:rPr>
        <w:t>[inspector del trabajo, notario u otro ministro de fe]</w:t>
      </w:r>
      <w:r>
        <w:rPr/>
        <w:t xml:space="preserve">. Fecha: </w:t>
      </w:r>
      <w:r>
        <w:rPr>
          <w:highlight w:val="yellow"/>
        </w:rPr>
        <w:t>[fecha]</w:t>
      </w:r>
    </w:p>
    <w:p>
      <w:r>
        <w:rPr/>
        <w:t xml:space="preserve">Recibida por el empleador: </w:t>
      </w:r>
      <w:r>
        <w:rPr>
          <w:highlight w:val="yellow"/>
        </w:rPr>
        <w:t>[nombre y firma]</w:t>
      </w:r>
      <w:r>
        <w:rPr/>
        <w:t xml:space="preserve">. Fecha: </w:t>
      </w:r>
      <w:r>
        <w:rPr>
          <w:highlight w:val="yellow"/>
        </w:rPr>
        <w:t>[fecha]</w:t>
      </w:r>
    </w:p>
    <w:p>
      <w:pPr>
        <w:spacing w:after="0"/>
      </w:pPr>
      <w:r>
        <w:br w:type="page"/>
      </w:r>
    </w:p>
    <w:p>
      <w:r>
        <w:rPr>
          <w:b/>
          <w:color w:val="1E3A5F"/>
          <w:sz w:val="26"/>
        </w:rPr>
        <w:t>Notas para usar esta plantilla</w:t>
      </w:r>
    </w:p>
    <w:p>
      <w:r>
        <w:rPr>
          <w:i/>
          <w:color w:val="64748B"/>
          <w:sz w:val="19"/>
        </w:rPr>
        <w:t>Borra esta página antes de imprimir o enviar la carta.</w:t>
      </w:r>
    </w:p>
    <w:p>
      <w:pPr>
        <w:pStyle w:val="ListBullet"/>
        <w:spacing w:after="80"/>
      </w:pPr>
      <w:r>
        <w:rPr>
          <w:sz w:val="20"/>
        </w:rPr>
        <w:t>Sustituye los huecos en amarillo y quita el resaltado.</w:t>
      </w:r>
    </w:p>
    <w:p>
      <w:pPr>
        <w:pStyle w:val="ListBullet"/>
        <w:spacing w:after="80"/>
      </w:pPr>
      <w:r>
        <w:rPr>
          <w:sz w:val="20"/>
        </w:rPr>
        <w:t>Aviso de treinta días, a lo menos (art. 159 N.° 2 del Código del Trabajo). Por escrito (art. 177).</w:t>
      </w:r>
    </w:p>
    <w:p>
      <w:pPr>
        <w:pStyle w:val="ListBullet"/>
        <w:spacing w:after="80"/>
      </w:pPr>
      <w:r>
        <w:rPr>
          <w:sz w:val="20"/>
        </w:rPr>
        <w:t>Debe ratificarse ante un ministro de fe (inspector del trabajo, notario de la localidad, oficial del registro civil de la comuna o secretario municipal) o firmarse también por el presidente del sindicato o el delegado sindical (art. 177).</w:t>
      </w:r>
    </w:p>
    <w:p>
      <w:pPr>
        <w:pStyle w:val="ListBullet"/>
        <w:spacing w:after="80"/>
      </w:pPr>
      <w:r>
        <w:rPr>
          <w:sz w:val="20"/>
        </w:rPr>
        <w:t>Inspección del Trabajo: cédula vigente y carta en tres copias, sin costo; obtienes dos ejemplares y uno es para tu empleador, en un plazo máximo de 30 días. En línea: portal Mi DT con ClaveÚnica, ratificación en un plazo máximo de 48 horas.</w:t>
      </w:r>
    </w:p>
    <w:p>
      <w:pPr>
        <w:pStyle w:val="ListBullet"/>
        <w:spacing w:after="80"/>
      </w:pPr>
      <w:r>
        <w:rPr>
          <w:sz w:val="20"/>
        </w:rPr>
        <w:t>Finiquito: dentro de diez días hábiles desde la separación (art. 177). Si hay diferencias, puedes reclamar en la Inspección del Trabajo.</w:t>
      </w:r>
    </w:p>
    <w:p>
      <w:pPr>
        <w:pStyle w:val="ListBullet"/>
        <w:spacing w:after="80"/>
      </w:pPr>
      <w:r>
        <w:rPr>
          <w:sz w:val="20"/>
        </w:rPr>
        <w:t>Modelo oficial de la Dirección del Trabajo: www.dt.gob.cl/tramites/1617/articles-97403_recurso_1.doc</w:t>
      </w:r>
    </w:p>
    <w:p>
      <w:pPr>
        <w:spacing w:before="200"/>
      </w:pPr>
      <w:r>
        <w:rPr>
          <w:color w:val="64748B"/>
          <w:sz w:val="19"/>
        </w:rPr>
        <w:t>Última revisión: 2 de noviembre de 2026. Guía completa y fuentes oficiales: https://www.ofizio.eu/cl/carta-de-renuncia-voluntaria.html</w:t>
      </w:r>
    </w:p>
    <w:p>
      <w:r>
        <w:rPr>
          <w:color w:val="64748B"/>
          <w:sz w:val="19"/>
        </w:rPr>
        <w:t>Esta plantilla es orientativa y no sustituye la asesoría de un profesional. Para tu caso concreto, consulta a la Inspección del Trabajo o a la Corporación de Asistencia Judicial.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sz w:val="22"/>
      <w:lang w:val="es-CL" w:eastAsia="es-C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renuncia voluntaria (Chile)</dc:title>
  <dc:subject>Plantilla laboral para Chile</dc:subject>
  <dc:creator>Ofizio</dc:creator>
  <cp:keywords/>
  <dc:description>Plantilla orientativa de www.ofizio.eu. Última revisión: 2 de noviembre de 2026.</dc:description>
  <cp:lastModifiedBy>Ofizio</cp:lastModifiedBy>
  <cp:revision>1</cp:revision>
  <dcterms:created xsi:type="dcterms:W3CDTF">2013-12-23T23:15:00Z</dcterms:created>
  <dcterms:modified xsi:type="dcterms:W3CDTF">2013-12-23T23:15:00Z</dcterms:modified>
  <cp:category/>
  <dc:language>es-CL</dc:language>
</cp:coreProperties>
</file>