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00" w:after="80"/>
      </w:pPr>
      <w:r>
        <w:rPr>
          <w:b/>
          <w:color w:val="1E3A5F"/>
        </w:rPr>
        <w:t>BORRADOR DEL TELEGRAMA DE RENUNCIA</w:t>
      </w:r>
    </w:p>
    <w:p>
      <w:r>
        <w:rPr/>
        <w:t>No reemplaza al formulario oficial de Correo Argentino.</w:t>
      </w:r>
    </w:p>
    <w:p>
      <w:pPr>
        <w:keepNext/>
        <w:spacing w:before="200" w:after="80"/>
      </w:pPr>
      <w:r>
        <w:rPr>
          <w:b/>
          <w:color w:val="1E3A5F"/>
        </w:rPr>
        <w:t>Destinatario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536"/>
        <w:gridCol w:w="4536"/>
      </w:tblGrid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Apellido y nombre o razón social: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 de tu empleador]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Ramo o actividad principal: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[actividad]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N.° C.U.I.T.: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[número]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Domicilio laboral: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[calle y número donde trabajás]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Código postal: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[código]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Localidad: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[localidad]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Provincia: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[provincia]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Remitente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536"/>
        <w:gridCol w:w="4536"/>
      </w:tblGrid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Apellido y nombre: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[tu apellido y nombre]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DNI N.°: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[número]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Teléfono: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[número]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Domicilio real: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[calle y número]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Código postal: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[código]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Localidad: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[localidad]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Provincia: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[provincia]</w:t>
            </w:r>
          </w:p>
        </w:tc>
      </w:tr>
      <w:tr>
        <w:tc>
          <w:tcPr>
            <w:tcW w:type="dxa" w:w="3266"/>
          </w:tcPr>
          <w:p>
            <w:pPr>
              <w:spacing w:after="40" w:before="40"/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type="dxa" w:w="5806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[día/mes/año]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Texto</w:t>
      </w:r>
    </w:p>
    <w:p>
      <w:r>
        <w:rPr/>
        <w:t xml:space="preserve">RENUNCIO AL EMPLEO DESDE </w:t>
      </w:r>
      <w:r>
        <w:rPr>
          <w:highlight w:val="yellow"/>
        </w:rPr>
        <w:t>[día/mes/año]</w:t>
      </w:r>
    </w:p>
    <w:p>
      <w:r>
        <w:rPr>
          <w:highlight w:val="yellow"/>
        </w:rPr>
        <w:t>[TU NOMBRE Y APELLIDO EN MAYÚSCULAS]</w:t>
      </w:r>
    </w:p>
    <w:p>
      <w:r>
        <w:rPr/>
        <w:t xml:space="preserve">N.° C.U.I.L. </w:t>
      </w:r>
      <w:r>
        <w:rPr>
          <w:highlight w:val="yellow"/>
        </w:rPr>
        <w:t>[número]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[Tu firma, ante el empleado del Correo]</w:t>
      </w:r>
    </w:p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este borrador</w:t>
      </w:r>
    </w:p>
    <w:p>
      <w:r>
        <w:rPr>
          <w:i/>
          <w:color w:val="64748B"/>
          <w:sz w:val="19"/>
        </w:rPr>
        <w:t>Este Word no reemplaza al formulario oficial: sirve para preparar los datos. Borrá esta página si lo imprimís.</w:t>
      </w:r>
    </w:p>
    <w:p>
      <w:pPr>
        <w:pStyle w:val="ListBullet"/>
        <w:spacing w:after="80"/>
      </w:pPr>
      <w:r>
        <w:rPr>
          <w:sz w:val="20"/>
        </w:rPr>
        <w:t>El envío se hace con el formulario «Comunicación de Renuncia» de Correo Argentino, en sucursal con tu DNI y por duplicado, o en línea en Mis Comunicaciones Digitales (miscomunicacionesdigitales.com.ar).</w:t>
      </w:r>
    </w:p>
    <w:p>
      <w:pPr>
        <w:pStyle w:val="ListBullet"/>
        <w:spacing w:after="80"/>
      </w:pPr>
      <w:r>
        <w:rPr>
          <w:sz w:val="20"/>
        </w:rPr>
        <w:t>Formulario: www.correoargentino.com.ar/formularios-online. Imprimilo en papel blanco A4 o completalo a mano en imprenta mayúscula, sin tachaduras.</w:t>
      </w:r>
    </w:p>
    <w:p>
      <w:pPr>
        <w:pStyle w:val="ListBullet"/>
        <w:spacing w:after="80"/>
      </w:pPr>
      <w:r>
        <w:rPr>
          <w:sz w:val="20"/>
        </w:rPr>
        <w:t>La renuncia debe formalizarse, como requisito de validez, por despacho telegráfico físico o digital, o ante la autoridad administrativa del trabajo. Es gratis y validan tu identidad (art. 240 LCT, Ley 27.802).</w:t>
      </w:r>
    </w:p>
    <w:p>
      <w:pPr>
        <w:pStyle w:val="ListBullet"/>
        <w:spacing w:after="80"/>
      </w:pPr>
      <w:r>
        <w:rPr>
          <w:sz w:val="20"/>
        </w:rPr>
        <w:t>Preaviso del trabajador: 15 días, salvo plazo mayor; en el período de prueba no hace falta (art. 231 LCT). Si lo omitís, la otra parte puede reclamar la indemnización sustitutiva (art. 232 LCT).</w:t>
      </w:r>
    </w:p>
    <w:p>
      <w:pPr>
        <w:pStyle w:val="ListBullet"/>
        <w:spacing w:after="80"/>
      </w:pPr>
      <w:r>
        <w:rPr>
          <w:sz w:val="20"/>
        </w:rPr>
        <w:t>Guardá la copia sellada: es tu prueba de la fecha.</w:t>
      </w:r>
    </w:p>
    <w:p>
      <w:pPr>
        <w:pStyle w:val="ListBullet"/>
        <w:spacing w:after="80"/>
      </w:pPr>
      <w:r>
        <w:rPr>
          <w:sz w:val="20"/>
        </w:rPr>
        <w:t>Atención legal primaria gratuita: Centros de Acceso a la Justicia y línea 137.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https://www.ofizio.eu/ar/telegrama-de-renuncia.html</w:t>
      </w:r>
    </w:p>
    <w:p>
      <w:r>
        <w:rPr>
          <w:color w:val="64748B"/>
          <w:sz w:val="19"/>
        </w:rPr>
        <w:t>Esta plantilla es orientativa y no sustituye el asesoramiento de un profesional. Para tu caso concreto, consultá en un Centro de Acceso a la Justicia o en tu sindicato.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sz w:val="22"/>
      <w:lang w:val="es-AR" w:eastAsia="es-A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Telegrama de renuncia: borrador (Argentina)</dc:title>
  <dc:subject>Plantilla laboral para Argentina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es-AR</dc:language>
</cp:coreProperties>
</file>